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320" w:line="360" w:lineRule="auto"/>
        <w:jc w:val="center"/>
      </w:pPr>
      <w:r>
        <w:rPr>
          <w:rFonts w:ascii="Times New Roman" w:hAnsi="Times New Roman" w:eastAsia="Times New Roman"/>
          <w:b/>
          <w:sz w:val="48"/>
        </w:rPr>
        <w:t>TESTAMENTO DE __________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Yo, ____________ [indique el nombre legal completo del testador], residente del condado de ____________ [indique el condado], estado de ____________ [indique el estado], declaro que este documento es mi testamento y revoco todos los testamentos y codicilos anteriores que haya otorgado.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1. Identificación personal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Fecha de nacimiento del testador: ____________ [indique la fecha de nacimiento del testador]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Dirección del testador: ____________ [indique la dirección postal completa del testador]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Estado civil: ____________ [indique soltero, casado, divorciado, viudo u otro estado civil]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Hijos o descendientes: ____________ [indique los nombres de los hijos o descendientes, o indique ninguno]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2. Nombramiento de albacea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Nombro como albacea de mi patrimonio a ____________ [indique el nombre completo del albacea principal].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Si la persona nombrada no puede o no desea actuar, nombro como albacea alterno a ____________ [indique el nombre completo del albacea alterno].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El albacea tendrá autoridad para administrar mi patrimonio, pagar deudas y gastos permitidos, cobrar bienes, vender o transferir bienes cuando sea necesario y distribuir mi patrimonio conforme a este testamento y la ley aplicable.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3. Legados específicos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Deseo entregar los siguientes bienes específicos: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Bien específico: ____________ [describa el bien específico]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Beneficiario del bien específico: ____________ [indique el nombre completo del beneficiario]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Bien inmueble, si corresponde: ____________ [describa la propiedad inmobiliaria o indique no corresponde]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Beneficiario del bien inmueble: ____________ [indique el nombre completo del beneficiario o indique no corresponde]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Cantidad de dinero, si corresponde: ____________ [indique la cantidad en dólares estadounidenses o indique no corresponde]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Beneficiario de la cantidad de dinero: ____________ [indique el nombre completo del beneficiario o indique no corresponde]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4. Residuo del patrimonio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Entrego todo el resto de mi patrimonio, después del pago de deudas, gastos y legados específicos, a ____________ [indique el nombre completo del beneficiario principal del residuo].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Si dicho beneficiario no me sobrevive, entrego el residuo de mi patrimonio a ____________ [indique el nombre completo del beneficiario alterno del residuo].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5. Beneficiarios menores de edad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Si algún beneficiario es menor de edad al momento de recibir una distribución, autorizo a mi albacea a entregar, mantener o administrar dicha distribución de la manera permitida por la ley aplicable, en beneficio del menor.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6. Instrucciones especiales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Instrucciones sobre restos, funeral o cremación: ____________ [indique sus instrucciones o indique ninguna]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Otras instrucciones especiales: ____________ [indique cualquier instrucción adicional o indique ninguna]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7. Ley aplicable y separabilidad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Este testamento se regirá e interpretará conforme a las leyes del estado de ____________ [indique el estado].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Si alguna disposición de este testamento se considera inválida o inaplicable, las demás disposiciones conservarán su validez en la mayor medida permitida por la ley.</w:t>
      </w:r>
    </w:p>
    <w:p>
      <w:pPr>
        <w:spacing w:before="240" w:after="240" w:line="360" w:lineRule="auto"/>
        <w:jc w:val="center"/>
      </w:pPr>
      <w:r>
        <w:rPr>
          <w:rFonts w:ascii="Times New Roman" w:hAnsi="Times New Roman" w:eastAsia="Times New Roman"/>
          <w:b/>
          <w:sz w:val="28"/>
        </w:rPr>
        <w:t>FIRMA DEL TESTADOR Y TESTIGOS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EN FE DE LO CUAL, firmo este testamento de ____________ [indique el número total de páginas] páginas el día ____________ [indique el día] de ____________ [indique el mes] de ____________ [indique el año].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Firma del testador: ________________________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Nombre en letra de molde: ____________ [indique el nombre completo del testador]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El testador firmó o reconoció este testamento ante nosotros y declaró que este documento es su testamento. Nosotros firmamos como testigos a solicitud del testador, en presencia del testador y en presencia de los demás testigos.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Firma del primer testigo: ________________________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Nombre en letra de molde: ____________ [indique el nombre completo del primer testigo]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Dirección del primer testigo: ____________ [indique la dirección postal del primer testigo]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Firma del segundo testigo: ________________________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Nombre en letra de molde: ____________ [indique el nombre completo del segundo testigo]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Dirección del segundo testigo: ____________ [indique la dirección postal del segundo testigo]</w:t>
      </w:r>
    </w:p>
    <w:p>
      <w:pPr>
        <w:spacing w:before="240" w:after="240" w:line="360" w:lineRule="auto"/>
        <w:jc w:val="center"/>
      </w:pPr>
      <w:r>
        <w:rPr>
          <w:rFonts w:ascii="Times New Roman" w:hAnsi="Times New Roman" w:eastAsia="Times New Roman"/>
          <w:b/>
          <w:sz w:val="28"/>
        </w:rPr>
        <w:t>DECLARACIÓN AUTO-PROBATORIA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Estado de ____________ [indique el estado]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Condado de ____________ [indique el condado]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Yo, ____________ [indique el nombre completo del testador], declaro bajo juramento que firmé este testamento voluntariamente, que lo hago como mi acto libre, que tengo la edad legal requerida, que estoy en pleno uso de mis facultades mentales y que no actúo bajo coacción ni influencia indebida.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Nosotros, ____________ [indique el nombre completo del primer testigo] y ____________ [indique el nombre completo del segundo testigo], declaramos bajo juramento que el testador firmó o reconoció este testamento en nuestra presencia, que nosotros firmamos como testigos en presencia del testador y de los demás testigos, y que, según nuestro leal saber y entender, el testador tenía la edad legal requerida, estaba en pleno uso de sus facultades mentales y no actuaba bajo coacción ni influencia indebida.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Firma del testador: ________________________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Firma del primer testigo: ________________________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Firma del segundo testigo: ________________________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Suscrito y jurado ante mí por el testador y los testigos el día ____________ [indique el día] de ____________ [indique el mes] de ____________ [indique el año].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Firma del notario público: ________________________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Nombre en letra de molde del notario: ____________ [indique el nombre completo del notario]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Mi comisión vence el: ____________ [indique la fecha de vencimiento de la comisión]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before="0" w:after="0" w:line="360" w:lineRule="auto"/>
      </w:pPr>
      <w:r>
        <w:rPr>
          <w:rFonts w:ascii="Times New Roman" w:hAnsi="Times New Roman" w:eastAsia="Times New Roman"/>
          <w:b w:val="0"/>
          <w:sz w:val="24"/>
        </w:rPr>
        <w:t>Este documento se proporciona únicamente con fines informativos generales y no constituye asesoramiento legal. Para obtener orientación sobre una situación específica, debe consultarse a un profesional legal cualificado autorizado para ejercer en la jurisdicción correspondiente.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6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left"/>
      <w:tblLayout w:type="fixed"/>
      <w:tblLook w:firstColumn="1" w:firstRow="1" w:lastColumn="0" w:lastRow="0" w:noHBand="0" w:noVBand="1" w:val="04A0"/>
    </w:tblPr>
    <w:tblGrid>
      <w:gridCol w:w="3120"/>
      <w:gridCol w:w="3120"/>
      <w:gridCol w:w="3120"/>
    </w:tblGrid>
    <w:tr>
      <w:tc>
        <w:tcPr>
          <w:tcW w:type="dxa" w:w="3384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  <w:jc w:val="left"/>
          </w:pPr>
          <w:r/>
          <w:hyperlink r:id="rId1">
            <w:r>
              <w:drawing>
                <wp:inline xmlns:a="http://schemas.openxmlformats.org/drawingml/2006/main" xmlns:pic="http://schemas.openxmlformats.org/drawingml/2006/picture">
                  <wp:extent cx="1143000" cy="127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templates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27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hyperlink>
        </w:p>
      </w:tc>
      <w:tc>
        <w:tcPr>
          <w:tcW w:type="dxa" w:w="2592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  <w:jc w:val="center"/>
          </w:pPr>
          <w:r>
            <w:rPr>
              <w:rFonts w:ascii="Times New Roman" w:hAnsi="Times New Roman" w:eastAsia="Times New Roman"/>
              <w:b w:val="0"/>
              <w:sz w:val="20"/>
            </w:rPr>
            <w:t xml:space="preserve">Página </w:t>
          </w:r>
          <w:r>
            <w:rPr>
              <w:rFonts w:ascii="Times New Roman" w:hAnsi="Times New Roman" w:eastAsia="Times New Roman"/>
              <w:b w:val="0"/>
              <w:sz w:val="20"/>
            </w:rPr>
            <w:fldChar w:fldCharType="begin"/>
            <w:instrText xml:space="preserve"> PAGE </w:instrText>
            <w:fldChar w:fldCharType="separate"/>
            <w:t>1</w:t>
            <w:fldChar w:fldCharType="end"/>
          </w:r>
          <w:r>
            <w:rPr>
              <w:rFonts w:ascii="Times New Roman" w:hAnsi="Times New Roman" w:eastAsia="Times New Roman"/>
              <w:b w:val="0"/>
              <w:sz w:val="20"/>
            </w:rPr>
            <w:t xml:space="preserve"> de </w:t>
          </w:r>
          <w:r>
            <w:rPr>
              <w:rFonts w:ascii="Times New Roman" w:hAnsi="Times New Roman" w:eastAsia="Times New Roman"/>
              <w:b w:val="0"/>
              <w:sz w:val="20"/>
            </w:rPr>
            <w:fldChar w:fldCharType="begin"/>
            <w:instrText xml:space="preserve"> NUMPAGES </w:instrText>
            <w:fldChar w:fldCharType="separate"/>
            <w:t>1</w:t>
            <w:fldChar w:fldCharType="end"/>
          </w:r>
        </w:p>
      </w:tc>
      <w:tc>
        <w:tcPr>
          <w:tcW w:type="dxa" w:w="3384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</w:pP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www.lawdistrict.com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