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500" w:line="240" w:lineRule="auto"/>
        <w:jc w:val="center"/>
      </w:pPr>
      <w:r>
        <w:rPr>
          <w:rFonts w:ascii="Times New Roman" w:hAnsi="Times New Roman"/>
          <w:b/>
          <w:sz w:val="48"/>
        </w:rPr>
        <w:t>SOUTH CAROLINA CAR BILL OF SALE</w:t>
      </w:r>
    </w:p>
    <w:p>
      <w:pPr>
        <w:keepNext w:val="0"/>
        <w:spacing w:before="0" w:after="80" w:line="240" w:lineRule="auto"/>
      </w:pPr>
      <w:r>
        <w:rPr>
          <w:rFonts w:ascii="Times New Roman" w:hAnsi="Times New Roman"/>
          <w:b w:val="0"/>
          <w:sz w:val="24"/>
        </w:rPr>
        <w:t>This Bill of Sale is made on this ____ day of ________, 20, by and between:</w:t>
      </w:r>
    </w:p>
    <w:p>
      <w:pPr>
        <w:keepNext/>
        <w:spacing w:before="200" w:after="40" w:line="240" w:lineRule="auto"/>
      </w:pPr>
      <w:r>
        <w:rPr>
          <w:rFonts w:ascii="Times New Roman" w:hAnsi="Times New Roman"/>
          <w:b/>
          <w:sz w:val="28"/>
        </w:rPr>
        <w:t>SELLER INFORMATION</w:t>
      </w:r>
    </w:p>
    <w:p>
      <w:pPr>
        <w:keepNext w:val="0"/>
        <w:spacing w:before="0" w:after="0" w:line="240" w:lineRule="auto"/>
      </w:pPr>
      <w:r>
        <w:rPr>
          <w:rFonts w:ascii="Times New Roman" w:hAnsi="Times New Roman"/>
          <w:b w:val="0"/>
          <w:sz w:val="24"/>
        </w:rPr>
        <w:t>Name: ________________ [Seller's Full Name]</w:t>
      </w:r>
    </w:p>
    <w:p>
      <w:pPr>
        <w:keepNext w:val="0"/>
        <w:spacing w:before="0" w:after="0" w:line="240" w:lineRule="auto"/>
      </w:pPr>
      <w:r>
        <w:rPr>
          <w:rFonts w:ascii="Times New Roman" w:hAnsi="Times New Roman"/>
          <w:b w:val="0"/>
          <w:sz w:val="24"/>
        </w:rPr>
        <w:t>Address: ________________ [Street Address]</w:t>
      </w:r>
    </w:p>
    <w:p>
      <w:pPr>
        <w:keepNext w:val="0"/>
        <w:spacing w:before="0" w:after="0" w:line="240" w:lineRule="auto"/>
      </w:pPr>
      <w:r>
        <w:rPr>
          <w:rFonts w:ascii="Times New Roman" w:hAnsi="Times New Roman"/>
          <w:b w:val="0"/>
          <w:sz w:val="24"/>
        </w:rPr>
        <w:t>City, State, ZIP: ________________ [City, State, ZIP Code]</w:t>
      </w:r>
    </w:p>
    <w:p>
      <w:pPr>
        <w:keepNext w:val="0"/>
        <w:spacing w:before="0" w:after="0" w:line="240" w:lineRule="auto"/>
      </w:pPr>
      <w:r>
        <w:rPr>
          <w:rFonts w:ascii="Times New Roman" w:hAnsi="Times New Roman"/>
          <w:b w:val="0"/>
          <w:sz w:val="24"/>
        </w:rPr>
        <w:t>Phone: ________________ [Seller's Phone Number]</w:t>
      </w:r>
    </w:p>
    <w:p>
      <w:pPr>
        <w:keepNext/>
        <w:spacing w:before="200" w:after="40" w:line="240" w:lineRule="auto"/>
      </w:pPr>
      <w:r>
        <w:rPr>
          <w:rFonts w:ascii="Times New Roman" w:hAnsi="Times New Roman"/>
          <w:b/>
          <w:sz w:val="28"/>
        </w:rPr>
        <w:t>BUYER INFORMATION</w:t>
      </w:r>
    </w:p>
    <w:p>
      <w:pPr>
        <w:keepNext w:val="0"/>
        <w:spacing w:before="0" w:after="0" w:line="240" w:lineRule="auto"/>
      </w:pPr>
      <w:r>
        <w:rPr>
          <w:rFonts w:ascii="Times New Roman" w:hAnsi="Times New Roman"/>
          <w:b w:val="0"/>
          <w:sz w:val="24"/>
        </w:rPr>
        <w:t>Name: ________________ [Buyer's Full Name]</w:t>
      </w:r>
    </w:p>
    <w:p>
      <w:pPr>
        <w:keepNext w:val="0"/>
        <w:spacing w:before="0" w:after="0" w:line="240" w:lineRule="auto"/>
      </w:pPr>
      <w:r>
        <w:rPr>
          <w:rFonts w:ascii="Times New Roman" w:hAnsi="Times New Roman"/>
          <w:b w:val="0"/>
          <w:sz w:val="24"/>
        </w:rPr>
        <w:t>Address: ________________ [Street Address]</w:t>
      </w:r>
    </w:p>
    <w:p>
      <w:pPr>
        <w:keepNext w:val="0"/>
        <w:spacing w:before="0" w:after="0" w:line="240" w:lineRule="auto"/>
      </w:pPr>
      <w:r>
        <w:rPr>
          <w:rFonts w:ascii="Times New Roman" w:hAnsi="Times New Roman"/>
          <w:b w:val="0"/>
          <w:sz w:val="24"/>
        </w:rPr>
        <w:t>City, State, ZIP: ________________ [City, State, ZIP Code]</w:t>
      </w:r>
    </w:p>
    <w:p>
      <w:pPr>
        <w:keepNext w:val="0"/>
        <w:spacing w:before="0" w:after="0" w:line="240" w:lineRule="auto"/>
      </w:pPr>
      <w:r>
        <w:rPr>
          <w:rFonts w:ascii="Times New Roman" w:hAnsi="Times New Roman"/>
          <w:b w:val="0"/>
          <w:sz w:val="24"/>
        </w:rPr>
        <w:t>Phone: ________________ [Buyer's Phone Number]</w:t>
      </w:r>
    </w:p>
    <w:p>
      <w:pPr>
        <w:keepNext/>
        <w:spacing w:before="200" w:after="40" w:line="240" w:lineRule="auto"/>
      </w:pPr>
      <w:r>
        <w:rPr>
          <w:rFonts w:ascii="Times New Roman" w:hAnsi="Times New Roman"/>
          <w:b/>
          <w:sz w:val="28"/>
        </w:rPr>
        <w:t>VEHICLE INFORMATION</w:t>
      </w:r>
    </w:p>
    <w:p>
      <w:pPr>
        <w:keepNext w:val="0"/>
        <w:spacing w:before="0" w:after="0" w:line="240" w:lineRule="auto"/>
      </w:pPr>
      <w:r>
        <w:rPr>
          <w:rFonts w:ascii="Times New Roman" w:hAnsi="Times New Roman"/>
          <w:b w:val="0"/>
          <w:sz w:val="24"/>
        </w:rPr>
        <w:t>Make: ________________ [Make]</w:t>
      </w:r>
    </w:p>
    <w:p>
      <w:pPr>
        <w:keepNext w:val="0"/>
        <w:spacing w:before="0" w:after="0" w:line="240" w:lineRule="auto"/>
      </w:pPr>
      <w:r>
        <w:rPr>
          <w:rFonts w:ascii="Times New Roman" w:hAnsi="Times New Roman"/>
          <w:b w:val="0"/>
          <w:sz w:val="24"/>
        </w:rPr>
        <w:t>Model: ________________ [Model]</w:t>
      </w:r>
    </w:p>
    <w:p>
      <w:pPr>
        <w:keepNext w:val="0"/>
        <w:spacing w:before="0" w:after="0" w:line="240" w:lineRule="auto"/>
      </w:pPr>
      <w:r>
        <w:rPr>
          <w:rFonts w:ascii="Times New Roman" w:hAnsi="Times New Roman"/>
          <w:b w:val="0"/>
          <w:sz w:val="24"/>
        </w:rPr>
        <w:t>Year: ________________ [Year]</w:t>
      </w:r>
    </w:p>
    <w:p>
      <w:pPr>
        <w:keepNext w:val="0"/>
        <w:spacing w:before="0" w:after="0" w:line="240" w:lineRule="auto"/>
      </w:pPr>
      <w:r>
        <w:rPr>
          <w:rFonts w:ascii="Times New Roman" w:hAnsi="Times New Roman"/>
          <w:b w:val="0"/>
          <w:sz w:val="24"/>
        </w:rPr>
        <w:t>VIN (Vehicle Identification Number): ________________ [VIN]</w:t>
      </w:r>
    </w:p>
    <w:p>
      <w:pPr>
        <w:keepNext w:val="0"/>
        <w:spacing w:before="0" w:after="0" w:line="240" w:lineRule="auto"/>
      </w:pPr>
      <w:r>
        <w:rPr>
          <w:rFonts w:ascii="Times New Roman" w:hAnsi="Times New Roman"/>
          <w:b w:val="0"/>
          <w:sz w:val="24"/>
        </w:rPr>
        <w:t>Odometer Reading: ________________ [Miles]</w:t>
      </w:r>
    </w:p>
    <w:p>
      <w:pPr>
        <w:keepNext w:val="0"/>
        <w:spacing w:before="0" w:after="0" w:line="240" w:lineRule="auto"/>
      </w:pPr>
      <w:r>
        <w:rPr>
          <w:rFonts w:ascii="Times New Roman" w:hAnsi="Times New Roman"/>
          <w:b w:val="0"/>
          <w:sz w:val="24"/>
        </w:rPr>
        <w:t>Color: ________________ [Color]</w:t>
      </w:r>
    </w:p>
    <w:p>
      <w:pPr>
        <w:keepNext w:val="0"/>
        <w:spacing w:before="0" w:after="0" w:line="240" w:lineRule="auto"/>
      </w:pPr>
      <w:r>
        <w:rPr>
          <w:rFonts w:ascii="Times New Roman" w:hAnsi="Times New Roman"/>
          <w:b w:val="0"/>
          <w:sz w:val="24"/>
        </w:rPr>
        <w:t>Title Number: ________________ [Title Number]</w:t>
      </w:r>
    </w:p>
    <w:p>
      <w:pPr>
        <w:keepNext/>
        <w:spacing w:before="200" w:after="40" w:line="240" w:lineRule="auto"/>
      </w:pPr>
      <w:r>
        <w:rPr>
          <w:rFonts w:ascii="Times New Roman" w:hAnsi="Times New Roman"/>
          <w:b/>
          <w:sz w:val="28"/>
        </w:rPr>
        <w:t>SALE DETAILS</w:t>
      </w:r>
    </w:p>
    <w:p>
      <w:pPr>
        <w:keepNext w:val="0"/>
        <w:spacing w:before="0" w:after="0" w:line="240" w:lineRule="auto"/>
      </w:pPr>
      <w:r>
        <w:rPr>
          <w:rFonts w:ascii="Times New Roman" w:hAnsi="Times New Roman"/>
          <w:b w:val="0"/>
          <w:sz w:val="24"/>
        </w:rPr>
        <w:t>Purchase Price: $___________ [Purchase Price]</w:t>
      </w:r>
    </w:p>
    <w:p>
      <w:pPr>
        <w:keepNext w:val="0"/>
        <w:spacing w:before="0" w:after="0" w:line="240" w:lineRule="auto"/>
      </w:pPr>
      <w:r>
        <w:rPr>
          <w:rFonts w:ascii="Times New Roman" w:hAnsi="Times New Roman"/>
          <w:b w:val="0"/>
          <w:sz w:val="24"/>
        </w:rPr>
        <w:t>Payment Method: ________________ [Cash/Check/Other]</w:t>
      </w:r>
    </w:p>
    <w:p>
      <w:pPr>
        <w:keepNext w:val="0"/>
        <w:spacing w:before="0" w:after="0" w:line="240" w:lineRule="auto"/>
      </w:pPr>
      <w:r>
        <w:rPr>
          <w:rFonts w:ascii="Times New Roman" w:hAnsi="Times New Roman"/>
          <w:b w:val="0"/>
          <w:sz w:val="24"/>
        </w:rPr>
        <w:t>Date of Sale: //______ [MM/DD/YYYY]</w:t>
      </w:r>
    </w:p>
    <w:p>
      <w:pPr>
        <w:keepNext/>
        <w:spacing w:before="200" w:after="40" w:line="240" w:lineRule="auto"/>
      </w:pPr>
      <w:r>
        <w:rPr>
          <w:rFonts w:ascii="Times New Roman" w:hAnsi="Times New Roman"/>
          <w:b/>
          <w:sz w:val="28"/>
        </w:rPr>
        <w:t>DISCLOSURES</w:t>
      </w:r>
    </w:p>
    <w:p>
      <w:pPr>
        <w:keepNext w:val="0"/>
        <w:spacing w:before="0" w:after="0" w:line="240" w:lineRule="auto"/>
      </w:pPr>
      <w:r>
        <w:rPr>
          <w:rFonts w:ascii="Times New Roman" w:hAnsi="Times New Roman"/>
          <w:b w:val="0"/>
          <w:sz w:val="24"/>
        </w:rPr>
        <w:t>The Seller affirms that the above-described motor vehicle is free of all liens and encumbrances, except as stated herein:</w:t>
      </w:r>
    </w:p>
    <w:p>
      <w:pPr>
        <w:keepNext w:val="0"/>
        <w:spacing w:before="0" w:after="0" w:line="240" w:lineRule="auto"/>
      </w:pPr>
      <w:r>
        <w:rPr>
          <w:rFonts w:ascii="Times New Roman" w:hAnsi="Times New Roman"/>
          <w:b w:val="0"/>
          <w:sz w:val="24"/>
        </w:rPr>
        <w:t>Liens (if any): ________________ [Describe or Write "None"]</w:t>
      </w:r>
    </w:p>
    <w:p>
      <w:pPr>
        <w:keepNext w:val="0"/>
        <w:spacing w:before="200" w:after="0" w:line="240" w:lineRule="auto"/>
      </w:pPr>
      <w:r>
        <w:rPr>
          <w:rFonts w:ascii="Times New Roman" w:hAnsi="Times New Roman"/>
          <w:b w:val="0"/>
          <w:sz w:val="24"/>
        </w:rPr>
        <w:t>The Seller states that the odometer reading listed above is accurate to the best of their knowledge and that it has not been tampered with.</w:t>
      </w:r>
    </w:p>
    <w:p>
      <w:r>
        <w:br w:type="page"/>
      </w:r>
    </w:p>
    <w:p>
      <w:pPr>
        <w:keepNext w:val="0"/>
        <w:spacing w:before="0" w:after="0" w:line="240" w:lineRule="auto"/>
      </w:pPr>
      <w:r>
        <w:rPr>
          <w:rFonts w:ascii="Times New Roman" w:hAnsi="Times New Roman"/>
          <w:b w:val="0"/>
          <w:sz w:val="24"/>
        </w:rPr>
        <w:t>The Buyer acknowledges that the vehicle is sold "AS-IS," without any warranties, express or implied, except as described below: Warranties (if any): ________________ [Describe or Write "None"]</w:t>
      </w:r>
    </w:p>
    <w:p>
      <w:pPr>
        <w:keepNext/>
        <w:spacing w:before="200" w:after="40" w:line="240" w:lineRule="auto"/>
      </w:pPr>
      <w:r>
        <w:rPr>
          <w:rFonts w:ascii="Times New Roman" w:hAnsi="Times New Roman"/>
          <w:b/>
          <w:sz w:val="28"/>
        </w:rPr>
        <w:t>SIGNATURES</w:t>
      </w:r>
    </w:p>
    <w:p>
      <w:pPr>
        <w:keepNext w:val="0"/>
        <w:spacing w:before="160" w:after="0" w:line="240" w:lineRule="auto"/>
      </w:pPr>
      <w:r>
        <w:rPr>
          <w:rFonts w:ascii="Times New Roman" w:hAnsi="Times New Roman"/>
          <w:b w:val="0"/>
          <w:sz w:val="24"/>
        </w:rPr>
        <w:t>Seller's Signature: ________________________</w:t>
      </w:r>
    </w:p>
    <w:p>
      <w:pPr>
        <w:keepNext w:val="0"/>
        <w:spacing w:before="0" w:after="0" w:line="240" w:lineRule="auto"/>
      </w:pPr>
      <w:r>
        <w:rPr>
          <w:rFonts w:ascii="Times New Roman" w:hAnsi="Times New Roman"/>
          <w:b w:val="0"/>
          <w:sz w:val="24"/>
        </w:rPr>
        <w:t>Printed Name: ________________</w:t>
      </w:r>
    </w:p>
    <w:p>
      <w:pPr>
        <w:keepNext w:val="0"/>
        <w:spacing w:before="0" w:after="0" w:line="240" w:lineRule="auto"/>
      </w:pPr>
      <w:r>
        <w:rPr>
          <w:rFonts w:ascii="Times New Roman" w:hAnsi="Times New Roman"/>
          <w:b w:val="0"/>
          <w:sz w:val="24"/>
        </w:rPr>
        <w:t>Date: //______</w:t>
      </w:r>
    </w:p>
    <w:p>
      <w:pPr>
        <w:keepNext w:val="0"/>
        <w:spacing w:before="200" w:after="0" w:line="240" w:lineRule="auto"/>
      </w:pPr>
      <w:r>
        <w:rPr>
          <w:rFonts w:ascii="Times New Roman" w:hAnsi="Times New Roman"/>
          <w:b w:val="0"/>
          <w:sz w:val="24"/>
        </w:rPr>
        <w:t>Buyer's Signature: ________________________</w:t>
      </w:r>
    </w:p>
    <w:p>
      <w:pPr>
        <w:keepNext w:val="0"/>
        <w:spacing w:before="0" w:after="0" w:line="240" w:lineRule="auto"/>
      </w:pPr>
      <w:r>
        <w:rPr>
          <w:rFonts w:ascii="Times New Roman" w:hAnsi="Times New Roman"/>
          <w:b w:val="0"/>
          <w:sz w:val="24"/>
        </w:rPr>
        <w:t>Printed Name: ________________</w:t>
      </w:r>
    </w:p>
    <w:p>
      <w:pPr>
        <w:keepNext w:val="0"/>
        <w:spacing w:before="0" w:after="0" w:line="240" w:lineRule="auto"/>
      </w:pPr>
      <w:r>
        <w:rPr>
          <w:rFonts w:ascii="Times New Roman" w:hAnsi="Times New Roman"/>
          <w:b w:val="0"/>
          <w:sz w:val="24"/>
        </w:rPr>
        <w:t>Date: //______</w:t>
      </w:r>
    </w:p>
    <w:p>
      <w:pPr>
        <w:keepNext/>
        <w:spacing w:before="200" w:after="40" w:line="240" w:lineRule="auto"/>
      </w:pPr>
      <w:r>
        <w:rPr>
          <w:rFonts w:ascii="Times New Roman" w:hAnsi="Times New Roman"/>
          <w:b/>
          <w:sz w:val="28"/>
        </w:rPr>
        <w:t>NOTARY PUBLIC (if required by state law)</w:t>
      </w:r>
    </w:p>
    <w:p>
      <w:pPr>
        <w:keepNext w:val="0"/>
        <w:spacing w:before="0" w:after="0" w:line="240" w:lineRule="auto"/>
      </w:pPr>
      <w:r>
        <w:rPr>
          <w:rFonts w:ascii="Times New Roman" w:hAnsi="Times New Roman"/>
          <w:b w:val="0"/>
          <w:sz w:val="24"/>
        </w:rPr>
        <w:t>State of ________________ [State]</w:t>
      </w:r>
    </w:p>
    <w:p>
      <w:pPr>
        <w:keepNext w:val="0"/>
        <w:spacing w:before="0" w:after="0" w:line="240" w:lineRule="auto"/>
      </w:pPr>
      <w:r>
        <w:rPr>
          <w:rFonts w:ascii="Times New Roman" w:hAnsi="Times New Roman"/>
          <w:b w:val="0"/>
          <w:sz w:val="24"/>
        </w:rPr>
        <w:t>County of ________________ [County]</w:t>
      </w:r>
    </w:p>
    <w:p>
      <w:pPr>
        <w:keepNext w:val="0"/>
        <w:spacing w:before="0" w:after="0" w:line="240" w:lineRule="auto"/>
      </w:pPr>
      <w:r>
        <w:rPr>
          <w:rFonts w:ascii="Times New Roman" w:hAnsi="Times New Roman"/>
          <w:b w:val="0"/>
          <w:sz w:val="24"/>
        </w:rPr>
        <w:t>Subscribed and sworn before me on this ____ day of ________, 20.</w:t>
      </w:r>
    </w:p>
    <w:p>
      <w:pPr>
        <w:keepNext w:val="0"/>
        <w:spacing w:before="200" w:after="0" w:line="240" w:lineRule="auto"/>
      </w:pPr>
      <w:r>
        <w:rPr>
          <w:rFonts w:ascii="Times New Roman" w:hAnsi="Times New Roman"/>
          <w:b w:val="0"/>
          <w:sz w:val="24"/>
        </w:rPr>
        <w:t>Notary Public: ________________________</w:t>
      </w:r>
    </w:p>
    <w:p>
      <w:pPr>
        <w:keepNext w:val="0"/>
        <w:spacing w:before="0" w:after="0" w:line="240" w:lineRule="auto"/>
      </w:pPr>
      <w:r>
        <w:rPr>
          <w:rFonts w:ascii="Times New Roman" w:hAnsi="Times New Roman"/>
          <w:b w:val="0"/>
          <w:sz w:val="24"/>
        </w:rPr>
        <w:t>My Commission Expires: //______</w:t>
      </w:r>
    </w:p>
    <w:p>
      <w:pPr>
        <w:keepNext w:val="0"/>
        <w:spacing w:before="480" w:after="0" w:line="240" w:lineRule="auto"/>
      </w:pPr>
      <w:r>
        <w:rPr>
          <w:rFonts w:ascii="Times New Roman" w:hAnsi="Times New Roman"/>
          <w:b w:val="0"/>
          <w:sz w:val="24"/>
        </w:rPr>
        <w:t>This document does not constitute legal advice. Consult a qualified legal professional for advice about your specific situation.</w:t>
      </w:r>
    </w:p>
    <w:sectPr w:rsidR="00FC693F" w:rsidRPr="0006063C" w:rsidSect="00034616">
      <w:footerReference w:type="default" r:id="rId9"/>
      <w:pgSz w:w="12240" w:h="15840"/>
      <w:pgMar w:top="1037" w:right="1123" w:bottom="1123" w:left="1123" w:header="720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tabs>
        <w:tab w:pos="4680" w:val="center"/>
      </w:tabs>
      <w:spacing w:before="0" w:after="0" w:line="240" w:lineRule="auto"/>
      <w:jc w:val="left"/>
    </w:pPr>
    <w:r>
      <w:drawing>
        <wp:inline xmlns:a="http://schemas.openxmlformats.org/drawingml/2006/main" xmlns:pic="http://schemas.openxmlformats.org/drawingml/2006/picture">
          <wp:extent cx="1207008" cy="134112"/>
          <wp:docPr id="1" name="Picture 1">
            <a:hlinkClick r:id="rId2"/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awdistrict-current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07008" cy="134112"/>
                  </a:xfrm>
                  <a:prstGeom prst="rect"/>
                </pic:spPr>
              </pic:pic>
            </a:graphicData>
          </a:graphic>
        </wp:inline>
      </w:drawing>
    </w:r>
    <w:r>
      <w:tab/>
    </w:r>
    <w:r>
      <w:rPr>
        <w:rFonts w:ascii="Times New Roman" w:hAnsi="Times New Roman"/>
        <w:b w:val="0"/>
        <w:sz w:val="24"/>
      </w:rPr>
      <w:t xml:space="preserve">Page </w:t>
    </w:r>
    <w:r>
      <w:rPr>
        <w:rFonts w:ascii="Times New Roman" w:hAnsi="Times New Roman"/>
        <w:b w:val="0"/>
        <w:sz w:val="24"/>
      </w:rP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/>
        <w:b w:val="0"/>
        <w:sz w:val="24"/>
      </w:rPr>
      <w:t xml:space="preserve"> of </w:t>
    </w:r>
    <w:r>
      <w:rPr>
        <w:rFonts w:ascii="Times New Roman" w:hAnsi="Times New Roman"/>
        <w:b w:val="0"/>
        <w:sz w:val="24"/>
      </w:rPr>
      <w:fldChar w:fldCharType="begin"/>
      <w:instrText xml:space="preserve">NUMPAGES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www.lawdistric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Carolina Car Bill Of Sale</dc:title>
  <dc:subject>Car Bill of Sale Template</dc:subject>
  <dc:creator>LawDistrict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