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jc w:val="center"/>
        <w:keepLines/>
        <w:keepNext/>
      </w:pPr>
      <w:r>
        <w:rPr>
          <w:rFonts w:ascii="Times New Roman" w:hAnsi="Times New Roman" w:eastAsia="Times New Roman"/>
          <w:b/>
          <w:i w:val="0"/>
          <w:sz w:val="48"/>
        </w:rPr>
        <w:t>PERMISO MÉDICO PARA MENOR</w:t>
      </w:r>
    </w:p>
    <w:p>
      <w:pPr>
        <w:spacing w:before="0" w:after="240" w:line="240" w:lineRule="auto"/>
        <w:jc w:val="center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AUTORIZACIÓN DE PADRE, MADRE O TUTOR LEGAL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Permiso Médico para Menor (el "Permiso") se otorga en la fecha indicada al final por la persona con autoridad legal sobre el menor identificado a continuación.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1. IDENTIFICACIÓN DEL MENOR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legal completo: ____________ [Escriba el nombre legal completo del menor]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 de nacimiento: ____________ [Indique la fecha de nacimiento del menor]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Domicilio: ____________ [Indique la dirección completa del domicilio del menor]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2. PADRE, MADRE O TUTOR LEGAL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legal completo: ____________ [Escriba el nombre legal completo del padre, madre o tutor legal]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Relación con el menor: ____________ [Indique si es padre, madre o tutor legal]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Domicilio: ____________ [Indique la dirección postal completa]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Teléfono principal: ____________ [Indique un número de teléfono con código de área]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Teléfono alternativo: ____________ [Indique otro número de contacto, si existe]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Correo electrónico: ____________ [Indique una dirección de correo electrónico]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Declaro que tengo autoridad legal para otorgar este Permiso y que no conozco ninguna orden judicial, acuerdo vigente ni restricción legal que me impida hacerlo.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3. ADULTO AUTORIZADO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legal completo: ____________ [Escriba el nombre legal completo del adulto autorizado]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Relación con el menor: ____________ [Indique la relación del adulto autorizado con el menor]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Domicilio: ____________ [Indique la dirección postal completa del adulto autorizado]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Teléfono principal: ____________ [Indique un número de teléfono con código de área]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Correo electrónico: ____________ [Indique una dirección de correo electrónico]</w:t>
      </w:r>
    </w:p>
    <w:p>
      <w:pPr>
        <w:pageBreakBefore/>
        <w:spacing w:before="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4. AUTORIZACIÓN PARA ATENCIÓN MÉDICA</w:t>
      </w:r>
    </w:p>
    <w:p>
      <w:pPr>
        <w:spacing w:before="0" w:after="12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Autorizo al adulto identificado en la Sección 3 (el "Adulto Autorizado") a solicitar, recibir información necesaria y prestar consentimiento en mi nombre para la evaluación y la atención médica o dental del menor cuando yo no esté razonablemente disponible. Esta autorización comprende exámenes, pruebas, diagnóstico, tratamiento, medicamentos, atención dental y atención de urgencia o emergencia que un profesional autorizado considere razonablemente necesarios para proteger la salud o el bienestar del menor.</w:t>
      </w:r>
    </w:p>
    <w:p>
      <w:pPr>
        <w:spacing w:before="0" w:after="12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El Adulto Autorizado no podrá consentir ningún procedimiento o servicio para el que la ley aplicable exija una autorización distinta, una orden judicial o el consentimiento personal del menor, salvo que se cumplan esos requisitos.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Limitaciones o instrucciones especiales: ____________ [Describa cualquier tratamiento excluido, límite o instrucción; escriba Ninguna si no aplica]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5. ATENCIÓN DE URGENCIA O EMERGENCIA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Si la demora pudiera poner en riesgo la salud o la seguridad del menor, autorizo al Adulto Autorizado a consentir la atención inmediata razonablemente necesaria. El Adulto Autorizado y los proveedores deberán hacer esfuerzos razonables para comunicarse conmigo, pero la falta de contacto no deberá retrasar la atención que pueda prestarse legalmente sin dicho contacto.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6. INFORMACIÓN MÉDICA Y PRIVACIDAD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Autorizo a los proveedores de atención médica, dentistas, hospitales, clínicas, farmacias, aseguradoras y demás personas o entidades pertinentes a compartir con el Adulto Autorizado la información del menor que sea razonablemente necesaria para ejercer esta autorización, en la medida permitida por la legislación federal y estatal aplicable. Esta autorización no concede acceso a información que legalmente requiera una autorización separada.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7. INFORMACIÓN DE SALUD DEL MENOR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Alergias: ____________ [Enumere las alergias conocidas y las reacciones; escriba Ninguna si no existen]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Medicamentos actuales: ____________ [Enumere cada medicamento, dosis y horario; escriba Ninguno si no aplica]</w:t>
      </w:r>
    </w:p>
    <w:p>
      <w:pPr>
        <w:pageBreakBefore/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Afecciones o diagnósticos: ____________ [Describa las afecciones relevantes; escriba Ninguno si no aplica]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Necesidades o instrucciones adicionales: ____________ [Indique cualquier necesidad médica, de comunicación o de accesibilidad]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8. PROVEEDORES Y SEGURO MÉDICO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Profesional de atención primaria: ____________ [Escriba el nombre del médico, pediatra o clínica habitual]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Teléfono del profesional: ____________ [Indique el número de teléfono con código de área]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Dentista: ____________ [Escriba el nombre del dentista o clínica dental habitual]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Teléfono del dentista: ____________ [Indique el número de teléfono con código de área]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Aseguradora: ____________ [Escriba el nombre de la compañía o plan de seguro médico]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Número de póliza o miembro: ____________ [Indique el número de identificación correspondiente]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Número de grupo: ____________ [Indique el número de grupo, si existe]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9. VIGENCIA Y REVOCACIÓN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 de inicio: ____________ [Indique la fecha en que comienza esta autorización]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 de vencimiento: ____________ [Indique la fecha en que termina esta autorización]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Permiso terminará en la fecha de vencimiento indicada o cuando lo revoque por escrito, lo que ocurra primero. La revocación surtirá efecto cuando sea recibida por el Adulto Autorizado o por el proveedor correspondiente y no afectará las acciones realizadas de buena fe antes de su recepción.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10. GASTOS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Acepto la responsabilidad por los gastos de atención del menor que no estén cubiertos por seguro u otro pagador, salvo que exista un acuerdo distinto por escrito. Esta cláusula no obliga a ningún proveedor a prestar servicios ni modifica las condiciones del seguro médico.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11. LEY APLICABLE Y VALIDEZ PARCIAL</w:t>
      </w:r>
    </w:p>
    <w:p>
      <w:pPr>
        <w:spacing w:before="0" w:after="12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Este Permiso se interpretará conforme a la ley de la jurisdicción en la que se utilice. Si alguna disposición no puede aplicarse, las demás continuarán vigentes hasta el máximo permitido por la ley. Podrán aceptarse copias impresas o electrónicas de este Permiso en la medida permitida por la ley aplicable.</w:t>
      </w:r>
    </w:p>
    <w:p>
      <w:pPr>
        <w:pageBreakBefore/>
        <w:spacing w:before="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12. FIRMAS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Al firmar, confirmo que he leído este Permiso, que la información proporcionada es correcta y que otorgo voluntariamente la autorización descrita.</w:t>
      </w:r>
    </w:p>
    <w:p>
      <w:pPr>
        <w:spacing w:before="0" w:after="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Padre, madre o tutor legal</w:t>
      </w:r>
    </w:p>
    <w:p>
      <w:pPr>
        <w:spacing w:before="0" w:after="10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</w:t>
        <w:br/>
        <w:t>Firma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en letra de molde: ____________ [Escriba el nombre legal completo de padre, madre o tutor legal]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Fecha: ____________ [Indique la fecha de firma]</w:t>
      </w:r>
    </w:p>
    <w:p>
      <w:pPr>
        <w:spacing w:before="0" w:after="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Segundo padre, madre o tutor legal (opcional)</w:t>
      </w:r>
    </w:p>
    <w:p>
      <w:pPr>
        <w:spacing w:before="0" w:after="10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</w:t>
        <w:br/>
        <w:t>Firma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en letra de molde: ____________ [Escriba el nombre legal completo de segundo padre, madre o tutor legal]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Fecha: ____________ [Indique la fecha de firma]</w:t>
      </w:r>
    </w:p>
    <w:p>
      <w:pPr>
        <w:spacing w:before="0" w:after="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Adulto autorizado (opcional)</w:t>
      </w:r>
    </w:p>
    <w:p>
      <w:pPr>
        <w:spacing w:before="0" w:after="10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</w:t>
        <w:br/>
        <w:t>Firma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en letra de molde: ____________ [Escriba el nombre legal completo de adulto autorizado]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Fecha: ____________ [Indique la fecha de firma]</w:t>
      </w:r>
    </w:p>
    <w:p>
      <w:pPr>
        <w:spacing w:before="4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13. TESTIGO OPCIONAL</w:t>
      </w:r>
    </w:p>
    <w:p>
      <w:pPr>
        <w:spacing w:before="0" w:after="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Testigo (opcional)</w:t>
      </w:r>
    </w:p>
    <w:p>
      <w:pPr>
        <w:spacing w:before="0" w:after="10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</w:t>
        <w:br/>
        <w:t>Firma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en letra de molde: ____________ [Escriba el nombre legal completo de testigo]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Fecha: ____________ [Indique la fecha de firma]</w:t>
      </w:r>
    </w:p>
    <w:p>
      <w:pPr>
        <w:pageBreakBefore/>
        <w:spacing w:before="0" w:after="120" w:line="240" w:lineRule="auto"/>
        <w:keepLines/>
        <w:keepNext/>
      </w:pPr>
      <w:r>
        <w:rPr>
          <w:rFonts w:ascii="Times New Roman" w:hAnsi="Times New Roman" w:eastAsia="Times New Roman"/>
          <w:b/>
          <w:i w:val="0"/>
          <w:sz w:val="28"/>
        </w:rPr>
        <w:t>14. RECONOCIMIENTO NOTARIAL OPCIONAL</w:t>
      </w:r>
    </w:p>
    <w:p>
      <w:pPr>
        <w:spacing w:before="0" w:after="16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Si la ley aplicable o el receptor exige una notarización, el notario público deberá completar o adjuntar un certificado notarial válido para la jurisdicción correspondiente.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Estado o distrito: ____________ [Indique la jurisdicción del acto notarial]</w:t>
      </w:r>
    </w:p>
    <w:p>
      <w:pPr>
        <w:spacing w:before="0" w:after="16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Condado: ____________ [Indique el condado del acto notarial]</w:t>
      </w:r>
    </w:p>
    <w:p>
      <w:pPr>
        <w:spacing w:before="0" w:after="120" w:line="360" w:lineRule="auto"/>
        <w:ind w:left="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</w:t>
        <w:br/>
        <w:t>Firma del notario público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Nombre del notario: ____________ [Escriba el nombre del notario en letra de molde]</w:t>
      </w:r>
    </w:p>
    <w:p>
      <w:pPr>
        <w:spacing w:before="0" w:after="1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Vencimiento de la comisión: ____________ [Indique la fecha de vencimiento de la comisión notarial]</w:t>
      </w:r>
    </w:p>
    <w:p>
      <w:pPr>
        <w:spacing w:before="0" w:after="1320" w:line="360" w:lineRule="auto"/>
        <w:ind w:left="360"/>
        <w:keepLines/>
      </w:pPr>
      <w:r>
        <w:rPr>
          <w:rFonts w:ascii="Times New Roman" w:hAnsi="Times New Roman" w:eastAsia="Times New Roman"/>
          <w:b w:val="0"/>
          <w:i w:val="0"/>
          <w:sz w:val="24"/>
        </w:rPr>
        <w:t>Sello: ____________ [Coloque el sello notarial si corresponde]</w:t>
      </w:r>
    </w:p>
    <w:p>
      <w:pPr>
        <w:spacing w:before="0" w:after="0" w:line="360" w:lineRule="auto"/>
        <w:ind w:left="0"/>
        <w:keepLines/>
      </w:pPr>
      <w:r>
        <w:rPr>
          <w:rFonts w:ascii="Times New Roman" w:hAnsi="Times New Roman" w:eastAsia="Times New Roman"/>
          <w:b w:val="0"/>
          <w:i/>
          <w:sz w:val="24"/>
        </w:rPr>
        <w:t>Este documento no constituye asesoramiento legal y se proporciona únicamente con fines informativos y como plantilla. Las leyes que regulan el consentimiento para la atención médica de menores varían según el estado, el tipo de atención y las circunstancias específicas. Debe consultarse a un profesional legal cualificado antes de firmar este Permiso o confiar en él para cualquier situación legal, médica o financiera específica.</w:t>
      </w:r>
    </w:p>
    <w:sectPr w:rsidR="00FC693F" w:rsidRPr="0006063C" w:rsidSect="00034616">
      <w:footerReference w:type="default" r:id="rId9"/>
      <w:pgSz w:w="12240" w:h="15840"/>
      <w:pgMar w:top="1008" w:right="1080" w:bottom="979" w:left="1080" w:header="72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5040" w:val="center"/>
      </w:tabs>
      <w:spacing w:before="0" w:after="0"/>
    </w:pPr>
    <w:r>
      <w:drawing>
        <wp:inline xmlns:a="http://schemas.openxmlformats.org/drawingml/2006/main" xmlns:pic="http://schemas.openxmlformats.org/drawingml/2006/picture">
          <wp:extent cx="1234440" cy="137160"/>
          <wp:docPr id="1" name="Picture 1">
            <a:hlinkClick r:id="rId2"/>
          </wp:docPr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templat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13716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Times New Roman" w:hAnsi="Times New Roman" w:eastAsia="Times New Roman"/>
        <w:b w:val="0"/>
        <w:i w:val="0"/>
        <w:sz w:val="20"/>
      </w:rPr>
      <w:tab/>
      <w:t xml:space="preserve">Página </w:t>
    </w:r>
    <w:r>
      <w:rPr>
        <w:rFonts w:ascii="Times New Roman" w:hAnsi="Times New Roman" w:eastAsia="Times New Roman"/>
        <w:b w:val="0"/>
        <w:i w:val="0"/>
        <w:sz w:val="20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Times New Roman" w:hAnsi="Times New Roman" w:eastAsia="Times New Roman"/>
        <w:b w:val="0"/>
        <w:i w:val="0"/>
        <w:sz w:val="20"/>
      </w:rPr>
      <w:t xml:space="preserve"> de 5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s://www.lawdistri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Médico para Menor</dc:title>
  <dc:subject>Plantilla general para Estados Unidos y Washington D. C.</dc:subject>
  <dc:creator>Lawdistrict</dc:creator>
  <cp:keywords>permiso, médico, menor, autorización, Estados Unidos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