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i w:val="0"/>
          <w:color w:val="000000"/>
          <w:sz w:val="48"/>
        </w:rPr>
        <w:t>LIMITED POWER OF ATTORNEY</w:t>
      </w:r>
    </w:p>
    <w:p>
      <w:pPr>
        <w:pStyle w:val="LDSubtitle"/>
      </w:pPr>
      <w:r>
        <w:t>NOTICE TO PRINCIPAL</w:t>
      </w:r>
    </w:p>
    <w:p>
      <w:pPr>
        <w:spacing w:line="360" w:lineRule="auto" w:after="260"/>
        <w:ind w:left="0" w:firstLine="0"/>
      </w:pPr>
      <w:r>
        <w:rPr>
          <w:rFonts w:ascii="Times New Roman" w:hAnsi="Times New Roman" w:eastAsia="Times New Roman"/>
          <w:b w:val="0"/>
          <w:i w:val="0"/>
          <w:color w:val="000000"/>
          <w:sz w:val="24"/>
        </w:rPr>
        <w:t>This document authorizes another person to act for you only for the specific matters stated below. It does not authorize health-care decisions. Read the completed document before signing and use the signing formalities required by the state whose law governs this power of attorney.</w:t>
      </w:r>
    </w:p>
    <w:p>
      <w:pPr>
        <w:pStyle w:val="LDSection"/>
      </w:pPr>
      <w:r>
        <w:t>1.  Principal and Agent</w:t>
      </w:r>
    </w:p>
    <w:p>
      <w:pPr>
        <w:spacing w:line="360" w:lineRule="auto" w:after="140"/>
        <w:ind w:left="317" w:firstLine="0"/>
      </w:pPr>
      <w:r>
        <w:rPr>
          <w:rFonts w:ascii="Times New Roman" w:hAnsi="Times New Roman" w:eastAsia="Times New Roman"/>
          <w:b w:val="0"/>
          <w:i w:val="0"/>
          <w:color w:val="000000"/>
          <w:sz w:val="24"/>
        </w:rPr>
        <w:t>Principal: ____________ [Enter the Principal's full legal name]</w:t>
      </w:r>
    </w:p>
    <w:p>
      <w:pPr>
        <w:spacing w:line="360" w:lineRule="auto" w:after="140"/>
        <w:ind w:left="317" w:firstLine="0"/>
      </w:pPr>
      <w:r>
        <w:rPr>
          <w:rFonts w:ascii="Times New Roman" w:hAnsi="Times New Roman" w:eastAsia="Times New Roman"/>
          <w:b w:val="0"/>
          <w:i w:val="0"/>
          <w:color w:val="000000"/>
          <w:sz w:val="24"/>
        </w:rPr>
        <w:t>Principal address: ____________ [Enter the Principal's full residential or mailing address]</w:t>
      </w:r>
    </w:p>
    <w:p>
      <w:pPr>
        <w:spacing w:line="360" w:lineRule="auto" w:after="140"/>
        <w:ind w:left="317" w:firstLine="0"/>
      </w:pPr>
      <w:r>
        <w:rPr>
          <w:rFonts w:ascii="Times New Roman" w:hAnsi="Times New Roman" w:eastAsia="Times New Roman"/>
          <w:b w:val="0"/>
          <w:i w:val="0"/>
          <w:color w:val="000000"/>
          <w:sz w:val="24"/>
        </w:rPr>
        <w:t>____________ [Enter the Principal's full residential or mailing address]</w:t>
      </w:r>
    </w:p>
    <w:p>
      <w:pPr>
        <w:spacing w:line="360" w:lineRule="auto" w:after="140"/>
        <w:ind w:left="317" w:firstLine="0"/>
      </w:pPr>
      <w:r>
        <w:rPr>
          <w:rFonts w:ascii="Times New Roman" w:hAnsi="Times New Roman" w:eastAsia="Times New Roman"/>
          <w:b w:val="0"/>
          <w:i w:val="0"/>
          <w:color w:val="000000"/>
          <w:sz w:val="24"/>
        </w:rPr>
        <w:t>Agent: ____________ [Enter the Agent's full legal name]</w:t>
      </w:r>
    </w:p>
    <w:p>
      <w:pPr>
        <w:spacing w:line="360" w:lineRule="auto" w:after="140"/>
        <w:ind w:left="317" w:firstLine="0"/>
      </w:pPr>
      <w:r>
        <w:rPr>
          <w:rFonts w:ascii="Times New Roman" w:hAnsi="Times New Roman" w:eastAsia="Times New Roman"/>
          <w:b w:val="0"/>
          <w:i w:val="0"/>
          <w:color w:val="000000"/>
          <w:sz w:val="24"/>
        </w:rPr>
        <w:t>Agent address: ____________ [Enter the Agent's full residential or mailing address]</w:t>
      </w:r>
    </w:p>
    <w:p>
      <w:pPr>
        <w:spacing w:line="360" w:lineRule="auto" w:after="140"/>
        <w:ind w:left="317" w:firstLine="0"/>
      </w:pPr>
      <w:r>
        <w:rPr>
          <w:rFonts w:ascii="Times New Roman" w:hAnsi="Times New Roman" w:eastAsia="Times New Roman"/>
          <w:b w:val="0"/>
          <w:i w:val="0"/>
          <w:color w:val="000000"/>
          <w:sz w:val="24"/>
        </w:rPr>
        <w:t>____________ [Enter the Agent's full residential or mailing address]</w:t>
      </w:r>
    </w:p>
    <w:p>
      <w:pPr>
        <w:spacing w:line="360" w:lineRule="auto" w:after="140"/>
        <w:ind w:left="317" w:firstLine="0"/>
      </w:pPr>
      <w:r>
        <w:rPr>
          <w:rFonts w:ascii="Times New Roman" w:hAnsi="Times New Roman" w:eastAsia="Times New Roman"/>
          <w:b w:val="0"/>
          <w:i w:val="0"/>
          <w:color w:val="000000"/>
          <w:sz w:val="24"/>
        </w:rPr>
        <w:t>Agent telephone or email: ____________ [Enter the Agent's current contact information]</w:t>
      </w:r>
    </w:p>
    <w:p>
      <w:pPr>
        <w:pStyle w:val="LDSection"/>
      </w:pPr>
      <w:r>
        <w:t>2.  Appointment</w:t>
      </w:r>
    </w:p>
    <w:p>
      <w:pPr>
        <w:spacing w:line="360" w:lineRule="auto" w:after="160"/>
        <w:ind w:left="0" w:firstLine="0"/>
      </w:pPr>
      <w:r>
        <w:rPr>
          <w:rFonts w:ascii="Times New Roman" w:hAnsi="Times New Roman" w:eastAsia="Times New Roman"/>
          <w:b w:val="0"/>
          <w:i w:val="0"/>
          <w:color w:val="000000"/>
          <w:sz w:val="24"/>
        </w:rPr>
        <w:t>I, the Principal identified above, appoint the Agent identified above as my attorney-in-fact to act for me solely within the authority stated in this Limited Power of Attorney. The Agent may sign and deliver documents in my name only when reasonably necessary to carry out that authority.</w:t>
      </w:r>
    </w:p>
    <w:p>
      <w:pPr>
        <w:pStyle w:val="LDSection"/>
      </w:pPr>
      <w:r>
        <w:t>3.  Limited Purpose</w:t>
      </w:r>
    </w:p>
    <w:p>
      <w:pPr>
        <w:spacing w:line="360" w:lineRule="auto" w:after="140"/>
        <w:ind w:left="317" w:firstLine="0"/>
      </w:pPr>
      <w:r>
        <w:rPr>
          <w:rFonts w:ascii="Times New Roman" w:hAnsi="Times New Roman" w:eastAsia="Times New Roman"/>
          <w:b w:val="0"/>
          <w:i w:val="0"/>
          <w:color w:val="000000"/>
          <w:sz w:val="24"/>
        </w:rPr>
        <w:t>Purpose: ____________ [Describe the single transaction, matter, or objective for which authority is granted]</w:t>
      </w:r>
    </w:p>
    <w:p>
      <w:pPr>
        <w:spacing w:line="360" w:lineRule="auto" w:after="140"/>
        <w:ind w:left="317" w:firstLine="0"/>
      </w:pPr>
      <w:r>
        <w:rPr>
          <w:rFonts w:ascii="Times New Roman" w:hAnsi="Times New Roman" w:eastAsia="Times New Roman"/>
          <w:b w:val="0"/>
          <w:i w:val="0"/>
          <w:color w:val="000000"/>
          <w:sz w:val="24"/>
        </w:rPr>
        <w:t>Relevant property, account, claim, or document: ____________ [Identify the subject matter precisely, including numbers or addresses when appropriate]</w:t>
      </w:r>
    </w:p>
    <w:p>
      <w:r>
        <w:br w:type="page"/>
      </w:r>
    </w:p>
    <w:p>
      <w:pPr>
        <w:pStyle w:val="LDSection"/>
      </w:pPr>
      <w:r>
        <w:t>4.  Specific Authority Granted</w:t>
      </w:r>
    </w:p>
    <w:p>
      <w:pPr>
        <w:spacing w:line="360" w:lineRule="auto" w:after="160"/>
        <w:ind w:left="0" w:firstLine="0"/>
      </w:pPr>
      <w:r>
        <w:rPr>
          <w:rFonts w:ascii="Times New Roman" w:hAnsi="Times New Roman" w:eastAsia="Times New Roman"/>
          <w:b w:val="0"/>
          <w:i w:val="0"/>
          <w:color w:val="000000"/>
          <w:sz w:val="24"/>
        </w:rPr>
        <w:t>The Agent may perform only the acts stated here:</w:t>
      </w:r>
    </w:p>
    <w:p>
      <w:pPr>
        <w:spacing w:line="360" w:lineRule="auto" w:after="140"/>
        <w:ind w:left="317" w:firstLine="0"/>
      </w:pPr>
      <w:r>
        <w:rPr>
          <w:rFonts w:ascii="Times New Roman" w:hAnsi="Times New Roman" w:eastAsia="Times New Roman"/>
          <w:b w:val="0"/>
          <w:i w:val="0"/>
          <w:color w:val="000000"/>
          <w:sz w:val="24"/>
        </w:rPr>
        <w:t>Authorized acts: ____________ [List each act the Agent may perform; attach a signed description only if more space is required]</w:t>
      </w:r>
    </w:p>
    <w:p>
      <w:pPr>
        <w:spacing w:line="360" w:lineRule="auto" w:after="140"/>
        <w:ind w:left="317" w:firstLine="0"/>
      </w:pPr>
      <w:r>
        <w:rPr>
          <w:rFonts w:ascii="Times New Roman" w:hAnsi="Times New Roman" w:eastAsia="Times New Roman"/>
          <w:b w:val="0"/>
          <w:i w:val="0"/>
          <w:color w:val="000000"/>
          <w:sz w:val="24"/>
        </w:rPr>
        <w:t>____________ [List each act the Agent may perform; attach a signed description only if more space is required]</w:t>
      </w:r>
    </w:p>
    <w:p>
      <w:pPr>
        <w:spacing w:line="360" w:lineRule="auto" w:after="140"/>
        <w:ind w:left="317" w:firstLine="0"/>
      </w:pPr>
      <w:r>
        <w:rPr>
          <w:rFonts w:ascii="Times New Roman" w:hAnsi="Times New Roman" w:eastAsia="Times New Roman"/>
          <w:b w:val="0"/>
          <w:i w:val="0"/>
          <w:color w:val="000000"/>
          <w:sz w:val="24"/>
        </w:rPr>
        <w:t>____________ [List each act the Agent may perform; attach a signed description only if more space is required]</w:t>
      </w:r>
    </w:p>
    <w:p>
      <w:pPr>
        <w:spacing w:line="360" w:lineRule="auto" w:after="140"/>
        <w:ind w:left="317" w:firstLine="0"/>
      </w:pPr>
      <w:r>
        <w:rPr>
          <w:rFonts w:ascii="Times New Roman" w:hAnsi="Times New Roman" w:eastAsia="Times New Roman"/>
          <w:b w:val="0"/>
          <w:i w:val="0"/>
          <w:color w:val="000000"/>
          <w:sz w:val="24"/>
        </w:rPr>
        <w:t>____________ [List each act the Agent may perform; attach a signed description only if more space is required]</w:t>
      </w:r>
    </w:p>
    <w:p>
      <w:pPr>
        <w:spacing w:line="360" w:lineRule="auto" w:after="240"/>
        <w:ind w:left="0" w:firstLine="0"/>
      </w:pPr>
      <w:r>
        <w:rPr>
          <w:rFonts w:ascii="Times New Roman" w:hAnsi="Times New Roman" w:eastAsia="Times New Roman"/>
          <w:b w:val="0"/>
          <w:i w:val="0"/>
          <w:color w:val="000000"/>
          <w:sz w:val="24"/>
        </w:rPr>
        <w:t>Incidental authority is limited to acts reasonably necessary to complete the authorized acts and does not expand the purpose of this document.</w:t>
      </w:r>
    </w:p>
    <w:p>
      <w:pPr>
        <w:pStyle w:val="LDSection"/>
      </w:pPr>
      <w:r>
        <w:t>5.  Excluded Authority</w:t>
      </w:r>
    </w:p>
    <w:p>
      <w:pPr>
        <w:spacing w:line="360" w:lineRule="auto" w:after="160"/>
        <w:ind w:left="0" w:firstLine="0"/>
      </w:pPr>
      <w:r>
        <w:rPr>
          <w:rFonts w:ascii="Times New Roman" w:hAnsi="Times New Roman" w:eastAsia="Times New Roman"/>
          <w:b w:val="0"/>
          <w:i w:val="0"/>
          <w:color w:val="000000"/>
          <w:sz w:val="24"/>
        </w:rPr>
        <w:t>Unless expressly and specifically included in Section 4 and permitted by applicable law, the Agent may not make gifts; change beneficiary designations or survivorship rights; create, amend, revoke, or terminate a trust; delegate authority; disclaim property; amend or revoke a will; make health-care decisions; or use my property for the Agent's own benefit.</w:t>
      </w:r>
    </w:p>
    <w:p>
      <w:pPr>
        <w:spacing w:line="360" w:lineRule="auto" w:after="140"/>
        <w:ind w:left="317" w:firstLine="0"/>
      </w:pPr>
      <w:r>
        <w:rPr>
          <w:rFonts w:ascii="Times New Roman" w:hAnsi="Times New Roman" w:eastAsia="Times New Roman"/>
          <w:b w:val="0"/>
          <w:i w:val="0"/>
          <w:color w:val="000000"/>
          <w:sz w:val="24"/>
        </w:rPr>
        <w:t>Additional restrictions: ____________ [State any dollar limit, prohibited act, recipient limitation, or other restriction; enter None if there are no additional restrictions]</w:t>
      </w:r>
    </w:p>
    <w:p>
      <w:pPr>
        <w:spacing w:line="360" w:lineRule="auto" w:after="140"/>
        <w:ind w:left="317" w:firstLine="0"/>
      </w:pPr>
      <w:r>
        <w:rPr>
          <w:rFonts w:ascii="Times New Roman" w:hAnsi="Times New Roman" w:eastAsia="Times New Roman"/>
          <w:b w:val="0"/>
          <w:i w:val="0"/>
          <w:color w:val="000000"/>
          <w:sz w:val="24"/>
        </w:rPr>
        <w:t>____________ [State any dollar limit, prohibited act, recipient limitation, or other restriction; enter None if there are no additional restrictions]</w:t>
      </w:r>
    </w:p>
    <w:p>
      <w:r>
        <w:br w:type="page"/>
      </w:r>
    </w:p>
    <w:p>
      <w:pPr>
        <w:pStyle w:val="LDSection"/>
      </w:pPr>
      <w:r>
        <w:t>6.  Effective Date</w:t>
      </w:r>
    </w:p>
    <w:p>
      <w:pPr>
        <w:spacing w:line="360" w:lineRule="auto" w:after="160"/>
        <w:ind w:left="0" w:firstLine="0"/>
      </w:pPr>
      <w:r>
        <w:rPr>
          <w:rFonts w:ascii="Times New Roman" w:hAnsi="Times New Roman" w:eastAsia="Times New Roman"/>
          <w:b w:val="0"/>
          <w:i w:val="0"/>
          <w:color w:val="000000"/>
          <w:sz w:val="24"/>
        </w:rPr>
        <w:t>This Limited Power of Attorney becomes effective when I sign it, unless a later date or event is stated below.</w:t>
      </w:r>
    </w:p>
    <w:p>
      <w:pPr>
        <w:spacing w:line="360" w:lineRule="auto" w:after="140"/>
        <w:ind w:left="317" w:firstLine="0"/>
      </w:pPr>
      <w:r>
        <w:rPr>
          <w:rFonts w:ascii="Times New Roman" w:hAnsi="Times New Roman" w:eastAsia="Times New Roman"/>
          <w:b w:val="0"/>
          <w:i w:val="0"/>
          <w:color w:val="000000"/>
          <w:sz w:val="24"/>
        </w:rPr>
        <w:t>Later effective date or event: ____________ [Enter the later date or clearly verifiable event, or enter None]</w:t>
      </w:r>
    </w:p>
    <w:p>
      <w:pPr>
        <w:pStyle w:val="LDSection"/>
      </w:pPr>
      <w:r>
        <w:t>7.  Duration and Incapacity</w:t>
      </w:r>
    </w:p>
    <w:p>
      <w:pPr>
        <w:spacing w:line="360" w:lineRule="auto" w:after="140"/>
        <w:ind w:left="317" w:firstLine="0"/>
      </w:pPr>
      <w:r>
        <w:rPr>
          <w:rFonts w:ascii="Times New Roman" w:hAnsi="Times New Roman" w:eastAsia="Times New Roman"/>
          <w:b w:val="0"/>
          <w:i w:val="0"/>
          <w:color w:val="000000"/>
          <w:sz w:val="24"/>
        </w:rPr>
        <w:t>Expiration: ____________ [Enter the expiration date, completion event, or other terminating condition]</w:t>
      </w:r>
    </w:p>
    <w:p>
      <w:pPr>
        <w:spacing w:line="360" w:lineRule="auto" w:after="140"/>
        <w:ind w:left="317" w:firstLine="0"/>
      </w:pPr>
      <w:r>
        <w:rPr>
          <w:rFonts w:ascii="Times New Roman" w:hAnsi="Times New Roman" w:eastAsia="Times New Roman"/>
          <w:b w:val="0"/>
          <w:i w:val="0"/>
          <w:color w:val="000000"/>
          <w:sz w:val="24"/>
        </w:rPr>
        <w:t>Effect of incapacity: ____________ [Enter Durable if this authority will continue despite later incapacity, or Non-durable if it will terminate upon incapacity]</w:t>
      </w:r>
    </w:p>
    <w:p>
      <w:pPr>
        <w:spacing w:line="360" w:lineRule="auto" w:after="160"/>
        <w:ind w:left="0" w:firstLine="0"/>
      </w:pPr>
      <w:r>
        <w:rPr>
          <w:rFonts w:ascii="Times New Roman" w:hAnsi="Times New Roman" w:eastAsia="Times New Roman"/>
          <w:b w:val="0"/>
          <w:i w:val="0"/>
          <w:color w:val="000000"/>
          <w:sz w:val="24"/>
        </w:rPr>
        <w:t>If Durable is entered above, this Limited Power of Attorney will not be affected by my subsequent incapacity to the fullest extent permitted by governing law. If Non-durable is entered above, it will terminate upon my incapacity.</w:t>
      </w:r>
    </w:p>
    <w:p>
      <w:pPr>
        <w:pStyle w:val="LDSection"/>
      </w:pPr>
      <w:r>
        <w:t>8.  Agent's Duties</w:t>
      </w:r>
    </w:p>
    <w:p>
      <w:pPr>
        <w:spacing w:line="360" w:lineRule="auto" w:after="160"/>
        <w:ind w:left="0" w:firstLine="0"/>
      </w:pPr>
      <w:r>
        <w:rPr>
          <w:rFonts w:ascii="Times New Roman" w:hAnsi="Times New Roman" w:eastAsia="Times New Roman"/>
          <w:b w:val="0"/>
          <w:i w:val="0"/>
          <w:color w:val="000000"/>
          <w:sz w:val="24"/>
        </w:rPr>
        <w:t>The Agent shall:</w:t>
      </w:r>
    </w:p>
    <w:p>
      <w:pPr>
        <w:spacing w:line="360" w:lineRule="auto" w:after="100"/>
        <w:ind w:left="403" w:firstLine="0"/>
      </w:pPr>
      <w:r>
        <w:rPr>
          <w:rFonts w:ascii="Times New Roman" w:hAnsi="Times New Roman" w:eastAsia="Times New Roman"/>
          <w:b w:val="0"/>
          <w:i w:val="0"/>
          <w:color w:val="000000"/>
          <w:sz w:val="24"/>
        </w:rPr>
        <w:t>a. act in good faith, within the authority granted, and in accordance with my reasonable expectations if known;</w:t>
      </w:r>
    </w:p>
    <w:p>
      <w:pPr>
        <w:spacing w:line="360" w:lineRule="auto" w:after="100"/>
        <w:ind w:left="403" w:firstLine="0"/>
      </w:pPr>
      <w:r>
        <w:rPr>
          <w:rFonts w:ascii="Times New Roman" w:hAnsi="Times New Roman" w:eastAsia="Times New Roman"/>
          <w:b w:val="0"/>
          <w:i w:val="0"/>
          <w:color w:val="000000"/>
          <w:sz w:val="24"/>
        </w:rPr>
        <w:t>b. act loyally for my benefit and avoid conflicts of interest that impair impartial action;</w:t>
      </w:r>
    </w:p>
    <w:p>
      <w:pPr>
        <w:spacing w:line="360" w:lineRule="auto" w:after="100"/>
        <w:ind w:left="403" w:firstLine="0"/>
      </w:pPr>
      <w:r>
        <w:rPr>
          <w:rFonts w:ascii="Times New Roman" w:hAnsi="Times New Roman" w:eastAsia="Times New Roman"/>
          <w:b w:val="0"/>
          <w:i w:val="0"/>
          <w:color w:val="000000"/>
          <w:sz w:val="24"/>
        </w:rPr>
        <w:t>c. exercise reasonable care, competence, and diligence;</w:t>
      </w:r>
    </w:p>
    <w:p>
      <w:pPr>
        <w:spacing w:line="360" w:lineRule="auto" w:after="100"/>
        <w:ind w:left="403" w:firstLine="0"/>
      </w:pPr>
      <w:r>
        <w:rPr>
          <w:rFonts w:ascii="Times New Roman" w:hAnsi="Times New Roman" w:eastAsia="Times New Roman"/>
          <w:b w:val="0"/>
          <w:i w:val="0"/>
          <w:color w:val="000000"/>
          <w:sz w:val="24"/>
        </w:rPr>
        <w:t>d. keep my property separate from the Agent's property; and</w:t>
      </w:r>
    </w:p>
    <w:p>
      <w:pPr>
        <w:spacing w:line="360" w:lineRule="auto" w:after="200"/>
        <w:ind w:left="403" w:firstLine="0"/>
      </w:pPr>
      <w:r>
        <w:rPr>
          <w:rFonts w:ascii="Times New Roman" w:hAnsi="Times New Roman" w:eastAsia="Times New Roman"/>
          <w:b w:val="0"/>
          <w:i w:val="0"/>
          <w:color w:val="000000"/>
          <w:sz w:val="24"/>
        </w:rPr>
        <w:t>e. keep a record of receipts, disbursements, and transactions made under this document.</w:t>
      </w:r>
    </w:p>
    <w:p>
      <w:r>
        <w:br w:type="page"/>
      </w:r>
    </w:p>
    <w:p>
      <w:pPr>
        <w:pStyle w:val="LDSection"/>
      </w:pPr>
      <w:r>
        <w:t>9.  Compensation and Reimbursement</w:t>
      </w:r>
    </w:p>
    <w:p>
      <w:pPr>
        <w:spacing w:line="360" w:lineRule="auto" w:after="140"/>
        <w:ind w:left="317" w:firstLine="0"/>
      </w:pPr>
      <w:r>
        <w:rPr>
          <w:rFonts w:ascii="Times New Roman" w:hAnsi="Times New Roman" w:eastAsia="Times New Roman"/>
          <w:b w:val="0"/>
          <w:i w:val="0"/>
          <w:color w:val="000000"/>
          <w:sz w:val="24"/>
        </w:rPr>
        <w:t>Compensation: ____________ [Enter No compensation, or describe the agreed compensation]</w:t>
      </w:r>
    </w:p>
    <w:p>
      <w:pPr>
        <w:spacing w:line="360" w:lineRule="auto" w:after="160"/>
        <w:ind w:left="0" w:firstLine="0"/>
      </w:pPr>
      <w:r>
        <w:rPr>
          <w:rFonts w:ascii="Times New Roman" w:hAnsi="Times New Roman" w:eastAsia="Times New Roman"/>
          <w:b w:val="0"/>
          <w:i w:val="0"/>
          <w:color w:val="000000"/>
          <w:sz w:val="24"/>
        </w:rPr>
        <w:t>The Agent may be reimbursed from my property for reasonable expenses properly incurred in carrying out the authority granted.</w:t>
      </w:r>
    </w:p>
    <w:p>
      <w:pPr>
        <w:pStyle w:val="LDSection"/>
      </w:pPr>
      <w:r>
        <w:t>10.  Third-Party Reliance</w:t>
      </w:r>
    </w:p>
    <w:p>
      <w:pPr>
        <w:spacing w:line="360" w:lineRule="auto" w:after="160"/>
        <w:ind w:left="0" w:firstLine="0"/>
      </w:pPr>
      <w:r>
        <w:rPr>
          <w:rFonts w:ascii="Times New Roman" w:hAnsi="Times New Roman" w:eastAsia="Times New Roman"/>
          <w:b w:val="0"/>
          <w:i w:val="0"/>
          <w:color w:val="000000"/>
          <w:sz w:val="24"/>
        </w:rPr>
        <w:t>A person may rely on an original or copy of this Limited Power of Attorney to the extent permitted by applicable law, unless that person has actual knowledge that it has been revoked or terminated or that the Agent is exceeding the authority granted.</w:t>
      </w:r>
    </w:p>
    <w:p>
      <w:pPr>
        <w:pStyle w:val="LDSection"/>
      </w:pPr>
      <w:r>
        <w:t>11.  Revocation and Termination</w:t>
      </w:r>
    </w:p>
    <w:p>
      <w:pPr>
        <w:spacing w:line="360" w:lineRule="auto" w:after="160"/>
        <w:ind w:left="0" w:firstLine="0"/>
      </w:pPr>
      <w:r>
        <w:rPr>
          <w:rFonts w:ascii="Times New Roman" w:hAnsi="Times New Roman" w:eastAsia="Times New Roman"/>
          <w:b w:val="0"/>
          <w:i w:val="0"/>
          <w:color w:val="000000"/>
          <w:sz w:val="24"/>
        </w:rPr>
        <w:t>I may revoke this Limited Power of Attorney by a signed written notice delivered to the Agent and, when appropriate, to any person relying on it. It also terminates upon the earliest of: the expiration or completion stated in Section 7; my death; the Agent's resignation, incapacity, or death when no successor is appointed; or any other event required by governing law. Revocation or termination does not undo an act properly taken before the Agent or relying person had actual knowledge of it.</w:t>
      </w:r>
    </w:p>
    <w:p>
      <w:pPr>
        <w:pStyle w:val="LDSection"/>
      </w:pPr>
      <w:r>
        <w:t>12.  Successor Agent</w:t>
      </w:r>
    </w:p>
    <w:p>
      <w:pPr>
        <w:spacing w:line="360" w:lineRule="auto" w:after="140"/>
        <w:ind w:left="317" w:firstLine="0"/>
      </w:pPr>
      <w:r>
        <w:rPr>
          <w:rFonts w:ascii="Times New Roman" w:hAnsi="Times New Roman" w:eastAsia="Times New Roman"/>
          <w:b w:val="0"/>
          <w:i w:val="0"/>
          <w:color w:val="000000"/>
          <w:sz w:val="24"/>
        </w:rPr>
        <w:t>Successor Agent: ____________ [Enter the successor Agent's full legal name, or enter None]</w:t>
      </w:r>
    </w:p>
    <w:p>
      <w:pPr>
        <w:spacing w:line="360" w:lineRule="auto" w:after="140"/>
        <w:ind w:left="317" w:firstLine="0"/>
      </w:pPr>
      <w:r>
        <w:rPr>
          <w:rFonts w:ascii="Times New Roman" w:hAnsi="Times New Roman" w:eastAsia="Times New Roman"/>
          <w:b w:val="0"/>
          <w:i w:val="0"/>
          <w:color w:val="000000"/>
          <w:sz w:val="24"/>
        </w:rPr>
        <w:t>Successor Agent address and contact information: ____________ [Enter the full address and telephone or email, or enter None]</w:t>
      </w:r>
    </w:p>
    <w:p>
      <w:pPr>
        <w:spacing w:line="360" w:lineRule="auto" w:after="140"/>
        <w:ind w:left="317" w:firstLine="0"/>
      </w:pPr>
      <w:r>
        <w:rPr>
          <w:rFonts w:ascii="Times New Roman" w:hAnsi="Times New Roman" w:eastAsia="Times New Roman"/>
          <w:b w:val="0"/>
          <w:i w:val="0"/>
          <w:color w:val="000000"/>
          <w:sz w:val="24"/>
        </w:rPr>
        <w:t>____________ [Enter the full address and telephone or email, or enter None]</w:t>
      </w:r>
    </w:p>
    <w:p>
      <w:pPr>
        <w:spacing w:line="360" w:lineRule="auto" w:after="160"/>
        <w:ind w:left="0" w:firstLine="0"/>
      </w:pPr>
      <w:r>
        <w:rPr>
          <w:rFonts w:ascii="Times New Roman" w:hAnsi="Times New Roman" w:eastAsia="Times New Roman"/>
          <w:b w:val="0"/>
          <w:i w:val="0"/>
          <w:color w:val="000000"/>
          <w:sz w:val="24"/>
        </w:rPr>
        <w:t>The successor Agent may act only if the original Agent is unable or unwilling to serve and has the same limited authority and duties stated in this document.</w:t>
      </w:r>
    </w:p>
    <w:p>
      <w:r>
        <w:br w:type="page"/>
      </w:r>
    </w:p>
    <w:p>
      <w:pPr>
        <w:pStyle w:val="LDSection"/>
      </w:pPr>
      <w:r>
        <w:t>13.  Governing Law</w:t>
      </w:r>
    </w:p>
    <w:p>
      <w:pPr>
        <w:spacing w:line="360" w:lineRule="auto" w:after="140"/>
        <w:ind w:left="317" w:firstLine="0"/>
      </w:pPr>
      <w:r>
        <w:rPr>
          <w:rFonts w:ascii="Times New Roman" w:hAnsi="Times New Roman" w:eastAsia="Times New Roman"/>
          <w:b w:val="0"/>
          <w:i w:val="0"/>
          <w:color w:val="000000"/>
          <w:sz w:val="24"/>
        </w:rPr>
        <w:t>Governing state: ____________ [Enter the U.S. state or District of Columbia whose law will govern]</w:t>
      </w:r>
    </w:p>
    <w:p>
      <w:pPr>
        <w:spacing w:line="360" w:lineRule="auto" w:after="160"/>
        <w:ind w:left="0" w:firstLine="0"/>
      </w:pPr>
      <w:r>
        <w:rPr>
          <w:rFonts w:ascii="Times New Roman" w:hAnsi="Times New Roman" w:eastAsia="Times New Roman"/>
          <w:b w:val="0"/>
          <w:i w:val="0"/>
          <w:color w:val="000000"/>
          <w:sz w:val="24"/>
        </w:rPr>
        <w:t>This Limited Power of Attorney is governed by the law of the jurisdiction entered above, including its rules for execution, witnessing, notarization, and acceptance.</w:t>
      </w:r>
    </w:p>
    <w:p>
      <w:pPr>
        <w:pStyle w:val="LDSection"/>
      </w:pPr>
      <w:r>
        <w:t>14.  Copies and Severability</w:t>
      </w:r>
    </w:p>
    <w:p>
      <w:pPr>
        <w:spacing w:line="360" w:lineRule="auto" w:after="160"/>
        <w:ind w:left="0" w:firstLine="0"/>
      </w:pPr>
      <w:r>
        <w:rPr>
          <w:rFonts w:ascii="Times New Roman" w:hAnsi="Times New Roman" w:eastAsia="Times New Roman"/>
          <w:b w:val="0"/>
          <w:i w:val="0"/>
          <w:color w:val="000000"/>
          <w:sz w:val="24"/>
        </w:rPr>
        <w:t>A photocopy or electronic copy may be relied upon as if it were an original to the extent permitted by applicable law. If any provision is unenforceable, the remaining provisions remain effective to the fullest extent permitted by law.</w:t>
      </w:r>
    </w:p>
    <w:p>
      <w:pPr>
        <w:pStyle w:val="LDSection"/>
      </w:pPr>
      <w:r>
        <w:t>15.  Principal's Signature</w:t>
      </w:r>
    </w:p>
    <w:p>
      <w:pPr>
        <w:spacing w:line="360" w:lineRule="auto" w:after="160"/>
        <w:ind w:left="0" w:firstLine="0"/>
      </w:pPr>
      <w:r>
        <w:rPr>
          <w:rFonts w:ascii="Times New Roman" w:hAnsi="Times New Roman" w:eastAsia="Times New Roman"/>
          <w:b w:val="0"/>
          <w:i w:val="0"/>
          <w:color w:val="000000"/>
          <w:sz w:val="24"/>
        </w:rPr>
        <w:t>I understand the authority granted by this document and sign it voluntarily. I revoke any earlier power of attorney only to the extent that it grants authority over the same specific matter described here.</w:t>
      </w:r>
    </w:p>
    <w:p>
      <w:pPr>
        <w:spacing w:line="360" w:lineRule="auto" w:after="40"/>
        <w:ind w:left="0" w:firstLine="0"/>
        <w:keepLines/>
      </w:pPr>
      <w:r>
        <w:rPr>
          <w:rFonts w:ascii="Times New Roman" w:hAnsi="Times New Roman" w:eastAsia="Times New Roman"/>
          <w:b w:val="0"/>
          <w:i w:val="0"/>
          <w:color w:val="000000"/>
          <w:sz w:val="24"/>
        </w:rPr>
        <w:t>____________________________  ____________ [Enter the date signed]</w:t>
      </w:r>
    </w:p>
    <w:p>
      <w:pPr>
        <w:spacing w:line="360" w:lineRule="auto" w:after="200"/>
        <w:ind w:left="0" w:firstLine="0"/>
        <w:keepLines/>
      </w:pPr>
      <w:r>
        <w:rPr>
          <w:rFonts w:ascii="Times New Roman" w:hAnsi="Times New Roman" w:eastAsia="Times New Roman"/>
          <w:b w:val="0"/>
          <w:i w:val="0"/>
          <w:color w:val="000000"/>
          <w:sz w:val="24"/>
        </w:rPr>
        <w:t>Principal's signature                                      Date</w:t>
      </w:r>
    </w:p>
    <w:p>
      <w:pPr>
        <w:spacing w:line="360" w:lineRule="auto" w:after="140"/>
        <w:ind w:left="317" w:firstLine="0"/>
      </w:pPr>
      <w:r>
        <w:rPr>
          <w:rFonts w:ascii="Times New Roman" w:hAnsi="Times New Roman" w:eastAsia="Times New Roman"/>
          <w:b w:val="0"/>
          <w:i w:val="0"/>
          <w:color w:val="000000"/>
          <w:sz w:val="24"/>
        </w:rPr>
        <w:t>Principal's printed name: ____________ [Print the Principal's full legal name]</w:t>
      </w:r>
    </w:p>
    <w:p>
      <w:r>
        <w:br w:type="page"/>
      </w:r>
    </w:p>
    <w:p>
      <w:pPr>
        <w:pStyle w:val="LDSection"/>
      </w:pPr>
      <w:r>
        <w:t>16.  Witnesses</w:t>
      </w:r>
    </w:p>
    <w:p>
      <w:pPr>
        <w:spacing w:line="360" w:lineRule="auto" w:after="160"/>
        <w:ind w:left="0" w:firstLine="0"/>
      </w:pPr>
      <w:r>
        <w:rPr>
          <w:rFonts w:ascii="Times New Roman" w:hAnsi="Times New Roman" w:eastAsia="Times New Roman"/>
          <w:b w:val="0"/>
          <w:i w:val="0"/>
          <w:color w:val="000000"/>
          <w:sz w:val="24"/>
        </w:rPr>
        <w:t>Each witness states that the Principal signed or acknowledged this document in the witness's presence, appeared to act voluntarily, and appeared to have capacity. A witness should not be the Agent or another person disqualified under governing law.</w:t>
      </w:r>
    </w:p>
    <w:p>
      <w:pPr>
        <w:spacing w:line="360" w:lineRule="auto" w:after="40"/>
        <w:ind w:left="0" w:firstLine="0"/>
        <w:keepLines/>
      </w:pPr>
      <w:r>
        <w:rPr>
          <w:rFonts w:ascii="Times New Roman" w:hAnsi="Times New Roman" w:eastAsia="Times New Roman"/>
          <w:b w:val="0"/>
          <w:i w:val="0"/>
          <w:color w:val="000000"/>
          <w:sz w:val="24"/>
        </w:rPr>
        <w:t>____________________________  ____________ [Enter the date signed]</w:t>
      </w:r>
    </w:p>
    <w:p>
      <w:pPr>
        <w:spacing w:line="360" w:lineRule="auto" w:after="200"/>
        <w:ind w:left="0" w:firstLine="0"/>
        <w:keepLines/>
      </w:pPr>
      <w:r>
        <w:rPr>
          <w:rFonts w:ascii="Times New Roman" w:hAnsi="Times New Roman" w:eastAsia="Times New Roman"/>
          <w:b w:val="0"/>
          <w:i w:val="0"/>
          <w:color w:val="000000"/>
          <w:sz w:val="24"/>
        </w:rPr>
        <w:t>Witness 1 signature                                      Date</w:t>
      </w:r>
    </w:p>
    <w:p>
      <w:pPr>
        <w:spacing w:line="360" w:lineRule="auto" w:after="140"/>
        <w:ind w:left="317" w:firstLine="0"/>
      </w:pPr>
      <w:r>
        <w:rPr>
          <w:rFonts w:ascii="Times New Roman" w:hAnsi="Times New Roman" w:eastAsia="Times New Roman"/>
          <w:b w:val="0"/>
          <w:i w:val="0"/>
          <w:color w:val="000000"/>
          <w:sz w:val="24"/>
        </w:rPr>
        <w:t>Witness 1 printed name and address: ____________ [Print the witness's full legal name and address]</w:t>
      </w:r>
    </w:p>
    <w:p>
      <w:pPr>
        <w:spacing w:line="360" w:lineRule="auto" w:after="140"/>
        <w:ind w:left="317" w:firstLine="0"/>
      </w:pPr>
      <w:r>
        <w:rPr>
          <w:rFonts w:ascii="Times New Roman" w:hAnsi="Times New Roman" w:eastAsia="Times New Roman"/>
          <w:b w:val="0"/>
          <w:i w:val="0"/>
          <w:color w:val="000000"/>
          <w:sz w:val="24"/>
        </w:rPr>
        <w:t>____________ [Print the witness's full legal name and address]</w:t>
      </w:r>
    </w:p>
    <w:p>
      <w:pPr>
        <w:spacing w:line="360" w:lineRule="auto" w:after="40"/>
        <w:ind w:left="0" w:firstLine="0"/>
        <w:keepLines/>
      </w:pPr>
      <w:r>
        <w:rPr>
          <w:rFonts w:ascii="Times New Roman" w:hAnsi="Times New Roman" w:eastAsia="Times New Roman"/>
          <w:b w:val="0"/>
          <w:i w:val="0"/>
          <w:color w:val="000000"/>
          <w:sz w:val="24"/>
        </w:rPr>
        <w:t>____________________________  ____________ [Enter the date signed]</w:t>
      </w:r>
    </w:p>
    <w:p>
      <w:pPr>
        <w:spacing w:line="360" w:lineRule="auto" w:after="200"/>
        <w:ind w:left="0" w:firstLine="0"/>
        <w:keepLines/>
      </w:pPr>
      <w:r>
        <w:rPr>
          <w:rFonts w:ascii="Times New Roman" w:hAnsi="Times New Roman" w:eastAsia="Times New Roman"/>
          <w:b w:val="0"/>
          <w:i w:val="0"/>
          <w:color w:val="000000"/>
          <w:sz w:val="24"/>
        </w:rPr>
        <w:t>Witness 2 signature                                      Date</w:t>
      </w:r>
    </w:p>
    <w:p>
      <w:pPr>
        <w:spacing w:line="360" w:lineRule="auto" w:after="140"/>
        <w:ind w:left="317" w:firstLine="0"/>
      </w:pPr>
      <w:r>
        <w:rPr>
          <w:rFonts w:ascii="Times New Roman" w:hAnsi="Times New Roman" w:eastAsia="Times New Roman"/>
          <w:b w:val="0"/>
          <w:i w:val="0"/>
          <w:color w:val="000000"/>
          <w:sz w:val="24"/>
        </w:rPr>
        <w:t>Witness 2 printed name and address: ____________ [Print the witness's full legal name and address]</w:t>
      </w:r>
    </w:p>
    <w:p>
      <w:pPr>
        <w:spacing w:line="360" w:lineRule="auto" w:after="140"/>
        <w:ind w:left="317" w:firstLine="0"/>
      </w:pPr>
      <w:r>
        <w:rPr>
          <w:rFonts w:ascii="Times New Roman" w:hAnsi="Times New Roman" w:eastAsia="Times New Roman"/>
          <w:b w:val="0"/>
          <w:i w:val="0"/>
          <w:color w:val="000000"/>
          <w:sz w:val="24"/>
        </w:rPr>
        <w:t>____________ [Print the witness's full legal name and address]</w:t>
      </w:r>
    </w:p>
    <w:p>
      <w:r>
        <w:br w:type="page"/>
      </w:r>
    </w:p>
    <w:p>
      <w:pPr>
        <w:pStyle w:val="LDSubtitle"/>
      </w:pPr>
      <w:r>
        <w:t>NOTARIAL ACKNOWLEDGMENT</w:t>
      </w:r>
    </w:p>
    <w:p>
      <w:pPr>
        <w:spacing w:line="360" w:lineRule="auto" w:after="140"/>
        <w:ind w:left="317" w:firstLine="0"/>
      </w:pPr>
      <w:r>
        <w:rPr>
          <w:rFonts w:ascii="Times New Roman" w:hAnsi="Times New Roman" w:eastAsia="Times New Roman"/>
          <w:b w:val="0"/>
          <w:i w:val="0"/>
          <w:color w:val="000000"/>
          <w:sz w:val="24"/>
        </w:rPr>
        <w:t>State: ____________ [Enter the state of notarization]</w:t>
      </w:r>
    </w:p>
    <w:p>
      <w:pPr>
        <w:spacing w:line="360" w:lineRule="auto" w:after="140"/>
        <w:ind w:left="317" w:firstLine="0"/>
      </w:pPr>
      <w:r>
        <w:rPr>
          <w:rFonts w:ascii="Times New Roman" w:hAnsi="Times New Roman" w:eastAsia="Times New Roman"/>
          <w:b w:val="0"/>
          <w:i w:val="0"/>
          <w:color w:val="000000"/>
          <w:sz w:val="24"/>
        </w:rPr>
        <w:t>County: ____________ [Enter the county or equivalent jurisdiction]</w:t>
      </w:r>
    </w:p>
    <w:p>
      <w:pPr>
        <w:spacing w:line="360" w:lineRule="auto" w:after="280"/>
        <w:ind w:left="0" w:firstLine="0"/>
      </w:pPr>
      <w:r>
        <w:rPr>
          <w:rFonts w:ascii="Times New Roman" w:hAnsi="Times New Roman" w:eastAsia="Times New Roman"/>
          <w:b w:val="0"/>
          <w:i w:val="0"/>
          <w:color w:val="000000"/>
          <w:sz w:val="24"/>
        </w:rPr>
        <w:t>This record was acknowledged before me on ____________ [Enter the date of acknowledgment] by ____________ [Enter the Principal's full legal name].</w:t>
      </w:r>
    </w:p>
    <w:p>
      <w:pPr>
        <w:spacing w:line="360" w:lineRule="auto" w:after="40"/>
        <w:ind w:left="0" w:firstLine="0"/>
        <w:keepLines/>
      </w:pPr>
      <w:r>
        <w:rPr>
          <w:rFonts w:ascii="Times New Roman" w:hAnsi="Times New Roman" w:eastAsia="Times New Roman"/>
          <w:b w:val="0"/>
          <w:i w:val="0"/>
          <w:color w:val="000000"/>
          <w:sz w:val="24"/>
        </w:rPr>
        <w:t>____________________________  ____________ [Enter the date signed]</w:t>
      </w:r>
    </w:p>
    <w:p>
      <w:pPr>
        <w:spacing w:line="360" w:lineRule="auto" w:after="200"/>
        <w:ind w:left="0" w:firstLine="0"/>
        <w:keepLines/>
      </w:pPr>
      <w:r>
        <w:rPr>
          <w:rFonts w:ascii="Times New Roman" w:hAnsi="Times New Roman" w:eastAsia="Times New Roman"/>
          <w:b w:val="0"/>
          <w:i w:val="0"/>
          <w:color w:val="000000"/>
          <w:sz w:val="24"/>
        </w:rPr>
        <w:t>Signature of Notary Public or other authorized officer                                      Date</w:t>
      </w:r>
    </w:p>
    <w:p>
      <w:pPr>
        <w:spacing w:line="360" w:lineRule="auto" w:after="140"/>
        <w:ind w:left="317" w:firstLine="0"/>
      </w:pPr>
      <w:r>
        <w:rPr>
          <w:rFonts w:ascii="Times New Roman" w:hAnsi="Times New Roman" w:eastAsia="Times New Roman"/>
          <w:b w:val="0"/>
          <w:i w:val="0"/>
          <w:color w:val="000000"/>
          <w:sz w:val="24"/>
        </w:rPr>
        <w:t>Printed name and title: ____________ [Enter the officer's printed name and official title]</w:t>
      </w:r>
    </w:p>
    <w:p>
      <w:pPr>
        <w:spacing w:line="360" w:lineRule="auto" w:after="140"/>
        <w:ind w:left="317" w:firstLine="0"/>
      </w:pPr>
      <w:r>
        <w:rPr>
          <w:rFonts w:ascii="Times New Roman" w:hAnsi="Times New Roman" w:eastAsia="Times New Roman"/>
          <w:b w:val="0"/>
          <w:i w:val="0"/>
          <w:color w:val="000000"/>
          <w:sz w:val="24"/>
        </w:rPr>
        <w:t>Commission expiration: ____________ [Enter the commission expiration date, if applicable]</w:t>
      </w:r>
    </w:p>
    <w:p>
      <w:pPr>
        <w:spacing w:line="360" w:lineRule="auto" w:after="140"/>
        <w:ind w:left="317" w:firstLine="0"/>
      </w:pPr>
      <w:r>
        <w:rPr>
          <w:rFonts w:ascii="Times New Roman" w:hAnsi="Times New Roman" w:eastAsia="Times New Roman"/>
          <w:b w:val="0"/>
          <w:i w:val="0"/>
          <w:color w:val="000000"/>
          <w:sz w:val="24"/>
        </w:rPr>
        <w:t>Official seal: ____________ [Affix the official seal if required]</w:t>
      </w:r>
    </w:p>
    <w:p>
      <w:pPr>
        <w:pStyle w:val="LDSection"/>
      </w:pPr>
      <w:r>
        <w:t>17.  Agent's Acceptance</w:t>
      </w:r>
    </w:p>
    <w:p>
      <w:pPr>
        <w:spacing w:line="360" w:lineRule="auto" w:after="160"/>
        <w:ind w:left="0" w:firstLine="0"/>
      </w:pPr>
      <w:r>
        <w:rPr>
          <w:rFonts w:ascii="Times New Roman" w:hAnsi="Times New Roman" w:eastAsia="Times New Roman"/>
          <w:b w:val="0"/>
          <w:i w:val="0"/>
          <w:color w:val="000000"/>
          <w:sz w:val="24"/>
        </w:rPr>
        <w:t>I accept appointment as Agent. I understand that I must act only within the authority granted, act in the Principal's best interest, preserve records, and stop acting when this Limited Power of Attorney terminates or when I learn that it has been revoked.</w:t>
      </w:r>
    </w:p>
    <w:p>
      <w:pPr>
        <w:spacing w:line="360" w:lineRule="auto" w:after="40"/>
        <w:ind w:left="0" w:firstLine="0"/>
        <w:keepLines/>
      </w:pPr>
      <w:r>
        <w:rPr>
          <w:rFonts w:ascii="Times New Roman" w:hAnsi="Times New Roman" w:eastAsia="Times New Roman"/>
          <w:b w:val="0"/>
          <w:i w:val="0"/>
          <w:color w:val="000000"/>
          <w:sz w:val="24"/>
        </w:rPr>
        <w:t>____________________________  ____________ [Enter the date signed]</w:t>
      </w:r>
    </w:p>
    <w:p>
      <w:pPr>
        <w:spacing w:line="360" w:lineRule="auto" w:after="200"/>
        <w:ind w:left="0" w:firstLine="0"/>
        <w:keepLines/>
      </w:pPr>
      <w:r>
        <w:rPr>
          <w:rFonts w:ascii="Times New Roman" w:hAnsi="Times New Roman" w:eastAsia="Times New Roman"/>
          <w:b w:val="0"/>
          <w:i w:val="0"/>
          <w:color w:val="000000"/>
          <w:sz w:val="24"/>
        </w:rPr>
        <w:t>Agent's signature                                      Date</w:t>
      </w:r>
    </w:p>
    <w:p>
      <w:pPr>
        <w:spacing w:line="360" w:lineRule="auto" w:after="140"/>
        <w:ind w:left="317" w:firstLine="0"/>
      </w:pPr>
      <w:r>
        <w:rPr>
          <w:rFonts w:ascii="Times New Roman" w:hAnsi="Times New Roman" w:eastAsia="Times New Roman"/>
          <w:b w:val="0"/>
          <w:i w:val="0"/>
          <w:color w:val="000000"/>
          <w:sz w:val="24"/>
        </w:rPr>
        <w:t>Agent's printed name: ____________ [Print the Agent's full legal name]</w:t>
      </w:r>
    </w:p>
    <w:p>
      <w:pPr>
        <w:spacing w:line="360" w:lineRule="auto" w:after="0"/>
        <w:ind w:left="0" w:firstLine="0"/>
      </w:pPr>
      <w:r>
        <w:rPr>
          <w:rFonts w:ascii="Times New Roman" w:hAnsi="Times New Roman" w:eastAsia="Times New Roman"/>
          <w:b w:val="0"/>
          <w:i w:val="0"/>
          <w:color w:val="000000"/>
          <w:sz w:val="24"/>
        </w:rPr>
      </w:r>
    </w:p>
    <w:p>
      <w:pPr>
        <w:spacing w:line="360" w:lineRule="auto" w:after="0"/>
        <w:ind w:left="0" w:firstLine="0"/>
      </w:pPr>
      <w:r>
        <w:rPr>
          <w:rFonts w:ascii="Times New Roman" w:hAnsi="Times New Roman" w:eastAsia="Times New Roman"/>
          <w:b w:val="0"/>
          <w:i w:val="0"/>
          <w:color w:val="000000"/>
          <w:sz w:val="24"/>
        </w:rPr>
      </w:r>
    </w:p>
    <w:p>
      <w:pPr>
        <w:spacing w:line="360" w:lineRule="auto" w:after="0"/>
        <w:ind w:left="0" w:firstLine="0"/>
        <w:keepLines/>
      </w:pPr>
      <w:r>
        <w:rPr>
          <w:rFonts w:ascii="Times New Roman" w:hAnsi="Times New Roman" w:eastAsia="Times New Roman"/>
          <w:b w:val="0"/>
          <w:i/>
          <w:color w:val="000000"/>
          <w:sz w:val="24"/>
        </w:rPr>
        <w:t>This document does not constitute legal advice. Consult a qualified legal professional for advice about specific circumstances and the execution requirements of the governing jurisdiction.</w:t>
      </w:r>
    </w:p>
    <w:sectPr w:rsidR="00FC693F" w:rsidRPr="0006063C" w:rsidSect="00034616">
      <w:footerReference w:type="default" r:id="rId9"/>
      <w:pgSz w:w="12240" w:h="15840"/>
      <w:pgMar w:top="1037" w:right="1238" w:bottom="1066" w:left="1238"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853" w:val="center"/>
      </w:tabs>
      <w:spacing w:before="0" w:after="0" w:line="240" w:lineRule="auto"/>
      <w:jc w:val="left"/>
    </w:pPr>
    <w:r>
      <w:drawing>
        <wp:inline xmlns:a="http://schemas.openxmlformats.org/drawingml/2006/main" xmlns:pic="http://schemas.openxmlformats.org/drawingml/2006/picture">
          <wp:extent cx="1033271" cy="114808"/>
          <wp:docPr id="1" name="Picture 1"/>
          <wp:cNvGraphicFramePr>
            <a:graphicFrameLocks noChangeAspect="1"/>
          </wp:cNvGraphicFramePr>
          <a:graphic>
            <a:graphicData uri="http://schemas.openxmlformats.org/drawingml/2006/picture">
              <pic:pic>
                <pic:nvPicPr>
                  <pic:cNvPr id="0" name="Logo-templates.jpg">
                    <a:hlinkClick r:id="rId2"/>
                  </pic:cNvPr>
                  <pic:cNvPicPr/>
                </pic:nvPicPr>
                <pic:blipFill>
                  <a:blip r:embed="rId1"/>
                  <a:stretch>
                    <a:fillRect/>
                  </a:stretch>
                </pic:blipFill>
                <pic:spPr>
                  <a:xfrm>
                    <a:off x="0" y="0"/>
                    <a:ext cx="1033271" cy="114808"/>
                  </a:xfrm>
                  <a:prstGeom prst="rect"/>
                </pic:spPr>
              </pic:pic>
            </a:graphicData>
          </a:graphic>
        </wp:inline>
      </w:drawing>
    </w:r>
    <w:r>
      <w:tab/>
    </w:r>
    <w:r>
      <w:rPr>
        <w:rFonts w:ascii="Times New Roman" w:hAnsi="Times New Roman" w:eastAsia="Times New Roman"/>
        <w:b w:val="0"/>
        <w:i w:val="0"/>
        <w:color w:val="000000"/>
        <w:sz w:val="18"/>
      </w:rPr>
      <w:t xml:space="preserve">Page </w:t>
    </w:r>
    <w:r>
      <w:rPr>
        <w:rFonts w:ascii="Times New Roman" w:hAnsi="Times New Roman" w:eastAsia="Times New Roman"/>
        <w:b w:val="0"/>
        <w:i w:val="0"/>
        <w:color w:val="000000"/>
        <w:sz w:val="18"/>
      </w:rPr>
      <w:fldChar w:fldCharType="begin"/>
      <w:instrText xml:space="preserve"> PAGE </w:instrText>
      <w:fldChar w:fldCharType="separate"/>
      <w:t>1</w:t>
      <w:fldChar w:fldCharType="end"/>
    </w:r>
    <w:r>
      <w:rPr>
        <w:rFonts w:ascii="Times New Roman" w:hAnsi="Times New Roman" w:eastAsia="Times New Roman"/>
        <w:b w:val="0"/>
        <w:i w:val="0"/>
        <w:color w:val="000000"/>
        <w:sz w:val="18"/>
      </w:rPr>
      <w:t xml:space="preserve"> of </w:t>
    </w:r>
    <w:r>
      <w:rPr>
        <w:rFonts w:ascii="Times New Roman" w:hAnsi="Times New Roman" w:eastAsia="Times New Roman"/>
        <w:b w:val="0"/>
        <w:i w:val="0"/>
        <w:color w:val="000000"/>
        <w:sz w:val="18"/>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16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40" w:line="240" w:lineRule="auto" w:before="0"/>
      <w:contextualSpacing/>
      <w:jc w:val="center"/>
    </w:pPr>
    <w:rPr>
      <w:rFonts w:asciiTheme="majorHAnsi" w:eastAsiaTheme="majorEastAsia" w:hAnsiTheme="majorHAnsi" w:cstheme="majorBidi" w:ascii="Times New Roman" w:hAnsi="Times New Roman" w:eastAsia="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DSection">
    <w:name w:val="LD Section"/>
    <w:pPr>
      <w:keepNext/>
      <w:spacing w:before="220" w:after="140"/>
    </w:pPr>
    <w:rPr>
      <w:rFonts w:ascii="Times New Roman" w:hAnsi="Times New Roman" w:eastAsia="Times New Roman"/>
      <w:b/>
      <w:color w:val="000000"/>
      <w:sz w:val="28"/>
    </w:rPr>
  </w:style>
  <w:style w:type="paragraph" w:customStyle="1" w:styleId="LDSubtitle">
    <w:name w:val="LD Subtitle"/>
    <w:pPr>
      <w:keepNext/>
      <w:spacing w:after="400"/>
      <w:jc w:val="center"/>
    </w:pPr>
    <w:rPr>
      <w:rFonts w:ascii="Times New Roman" w:hAnsi="Times New Roman" w:eastAsia="Times New Roman"/>
      <w:b/>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lawdistri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Power of Attorney</dc:title>
  <dc:subject>Generic United States limited power of attorney template</dc:subject>
  <dc:creator>LawDistrict</dc:creator>
  <cp:keywords>limited power of attorney, United States, template</cp:keywords>
  <dc:description>generated by python-docx</dc:description>
  <cp:lastModifiedBy/>
  <cp:revision>1</cp:revision>
  <dcterms:created xsi:type="dcterms:W3CDTF">2013-12-23T23:15:00Z</dcterms:created>
  <dcterms:modified xsi:type="dcterms:W3CDTF">2013-12-23T23:15:00Z</dcterms:modified>
  <cp:category/>
</cp:coreProperties>
</file>