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after="360"/>
        <w:jc w:val="center"/>
      </w:pPr>
      <w:r>
        <w:rPr>
          <w:rFonts w:ascii="Times New Roman" w:hAnsi="Times New Roman" w:eastAsia="Times New Roman"/>
          <w:b/>
          <w:color w:val="000000"/>
          <w:sz w:val="48"/>
        </w:rPr>
        <w:t>Ehevertrag Vorlage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Dieser Ehevertrag wird geschlossen zwischen: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____________ [Vollständiger Name des ersten Ehepartners eintragen], geboren am ____________ [Geburtsdatum eintragen], wohnhaft in ____________ [vollständige Anschrift eintragen] ("Ehepartner 1")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und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____________ [Vollständiger Name des zweiten Ehepartners eintragen], geboren am ____________ [Geburtsdatum eintragen], wohnhaft in ____________ [vollständige Anschrift eintragen] ("Ehepartner 2").</w:t>
      </w:r>
    </w:p>
    <w:p>
      <w:pPr>
        <w:spacing w:line="360" w:lineRule="auto" w:after="16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Ehepartner 1 und Ehepartner 2 werden nachfolgend gemeinsam als die "Ehepartner" bezeichnet.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1. Angaben zur Ehe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1.1 Die Ehepartner beabsichtigen, am ____________ [geplantes Eheschließungsdatum eintragen] die Ehe zu schließen, oder haben am ____________ [Datum der Eheschließung eintragen] die Ehe geschlossen.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1.2 Ort der Eheschließung: ____________ [Ort der Eheschließung eintragen].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2. Zweck des Vertrags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2.1 Dieser Ehevertrag regelt die vermögensrechtlichen Verhältnisse der Ehepartner während der Ehe und für den Fall der Beendigung der Ehe durch Scheidung oder Tod, soweit dies rechtlich zulässig ist.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2.2 Die Ehepartner schließen diesen Vertrag freiwillig und nach angemessener Gelegenheit, sich über Inhalt und Folgen dieses Vertrags beraten zu lassen.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3. Güterstand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3.1 Die Ehepartner vereinbaren ab Wirksamwerden dieses Vertrags den Güterstand der Gütertrennung, soweit nachfolgend nichts anderes ausdrücklich geregelt ist.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3.2 Jeder Ehepartner bleibt alleiniger Eigentümer seines gegenwärtigen und zukünftigen Vermögens. Jeder Ehepartner verwaltet sein Vermögen eigenständig und trägt seine eigenen Verbindlichkeiten, soweit keine gemeinsame Verpflichtung ausdrücklich begründet wurde.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3.3 Ein Zugewinnausgleich findet im Fall der Beendigung des Güterstands nicht statt, soweit diese Vereinbarung wirksam und rechtlich zulässig ist.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4. Vermögen und Verbindlichkeiten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4.1 Jeder Ehepartner bestätigt, dem anderen Ehepartner seine wesentlichen Vermögenswerte und Verbindlichkeiten offengelegt zu haben.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4.2 Vermögenswerte, die von beiden Ehepartnern gemeinsam erworben werden, stehen ihnen in den vereinbarten Anteilen zu. Fehlt eine ausdrückliche Vereinbarung, gelten gleiche Anteile.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4.3 Gemeinsame Verbindlichkeiten entstehen nur, wenn beide Ehepartner sie ausdrücklich eingehen oder ihnen rechtlich wirksam zustimmen.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5. Unterhalt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5.1 Die Ehepartner können gesetzliche Unterhaltsansprüche nur im Rahmen des rechtlich Zulässigen beschränken oder konkretisieren.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5.2 Für den Fall der Trennung oder Scheidung vereinbaren die Ehepartner: ____________ [kurze Vereinbarung zum Unterhalt eintragen oder "keine besondere Vereinbarung" eintragen].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5.3 Unberührt bleiben zwingende gesetzliche Ansprüche, insbesondere soweit ein Ausschluss oder eine Beschränkung unwirksam wäre.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6. Versorgungsausgleich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6.1 Die Ehepartner vereinbaren zum Versorgungsausgleich: ____________ [kurze Vereinbarung zum Versorgungsausgleich eintragen oder "keine besondere Vereinbarung" eintragen].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6.2 Eine Vereinbarung zum Versorgungsausgleich gilt nur, soweit sie rechtlich zulässig ist und die erforderlichen gesetzlichen und gerichtlichen Voraussetzungen erfüllt.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7. Hausrat und gemeinsame Gegenstände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7.1 Die Ehepartner vereinbaren, dass Hausrat und gemeinsam genutzte Gegenstände im Fall der Trennung nach Billigkeit und unter Berücksichtigung der Eigentumsverhältnisse verteilt werden.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7.2 Besondere Vereinbarung: ____________ [kurze Vereinbarung zu Hausrat oder gemeinsamen Gegenständen eintragen oder "keine besondere Vereinbarung" eintragen].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8. Notarielle Beurkundung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8.1 Dieser Ehevertrag soll von beiden Ehepartnern bei gleichzeitiger Anwesenheit vor einem Notar beurkundet werden.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8.2 Der Vertrag wird erst mit der gesetzlich erforderlichen notariellen Beurkundung wirksam, soweit eine solche Beurkundung erforderlich ist.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9. Salvatorische Klausel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9.1 Sollte eine Bestimmung dieses Vertrags unwirksam oder undurchführbar sein oder werden, bleibt die Wirksamkeit der übrigen Bestimmungen unberührt.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9.2 Die Ehepartner verpflichten sich, eine unwirksame oder undurchführbare Bestimmung durch eine rechtlich zulässige Regelung zu ersetzen, die dem wirtschaftlichen Zweck der ursprünglichen Bestimmung möglichst nahekommt.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10. Schlussbestimmungen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10.1 Änderungen und Ergänzungen dieses Vertrags bedürfen der gesetzlich vorgeschriebenen Form.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10.2 Dieser Vertrag unterliegt dem Recht der Bundesrepublik Deutschland.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10.3 Ort und Datum der Unterzeichnung: ____________ [Ort und Datum eintragen].</w:t>
      </w:r>
    </w:p>
    <w:p>
      <w:pPr>
        <w:spacing w:line="360" w:lineRule="auto" w:after="140" w:before="0"/>
      </w:pPr>
    </w:p>
    <w:p>
      <w:pPr>
        <w:spacing w:line="360" w:lineRule="auto" w:after="160" w:before="160"/>
        <w:jc w:val="center"/>
      </w:pPr>
      <w:r>
        <w:rPr>
          <w:rFonts w:ascii="Times New Roman" w:hAnsi="Times New Roman" w:eastAsia="Times New Roman"/>
          <w:b w:val="0"/>
          <w:color w:val="000000"/>
          <w:sz w:val="24"/>
        </w:rPr>
        <w:t>Unterschriften</w:t>
      </w:r>
    </w:p>
    <w:p>
      <w:pPr>
        <w:spacing w:line="360" w:lineRule="auto" w:after="160"/>
      </w:pPr>
      <w:r>
        <w:rPr>
          <w:rFonts w:ascii="Times New Roman" w:hAnsi="Times New Roman" w:eastAsia="Times New Roman"/>
          <w:b w:val="0"/>
          <w:color w:val="000000"/>
          <w:sz w:val="24"/>
        </w:rPr>
        <w:t>________________________</w:t>
      </w:r>
      <w:r>
        <w:rPr>
          <w:rFonts w:ascii="Times New Roman" w:hAnsi="Times New Roman" w:eastAsia="Times New Roman"/>
          <w:b w:val="0"/>
          <w:color w:val="000000"/>
          <w:sz w:val="24"/>
        </w:rPr>
        <w:tab/>
        <w:tab/>
      </w:r>
      <w:r>
        <w:rPr>
          <w:rFonts w:ascii="Times New Roman" w:hAnsi="Times New Roman" w:eastAsia="Times New Roman"/>
          <w:b w:val="0"/>
          <w:color w:val="000000"/>
          <w:sz w:val="24"/>
        </w:rPr>
        <w:t>________________________</w:t>
      </w:r>
    </w:p>
    <w:p>
      <w:pPr>
        <w:spacing w:line="360" w:lineRule="auto" w:after="160"/>
      </w:pPr>
      <w:r>
        <w:rPr>
          <w:rFonts w:ascii="Times New Roman" w:hAnsi="Times New Roman" w:eastAsia="Times New Roman"/>
          <w:b w:val="0"/>
          <w:color w:val="000000"/>
          <w:sz w:val="24"/>
        </w:rPr>
        <w:t>Ehepartner 1</w:t>
      </w:r>
      <w:r>
        <w:rPr>
          <w:rFonts w:ascii="Times New Roman" w:hAnsi="Times New Roman" w:eastAsia="Times New Roman"/>
          <w:b w:val="0"/>
          <w:color w:val="000000"/>
          <w:sz w:val="24"/>
        </w:rPr>
        <w:tab/>
        <w:tab/>
        <w:tab/>
        <w:tab/>
      </w:r>
      <w:r>
        <w:rPr>
          <w:rFonts w:ascii="Times New Roman" w:hAnsi="Times New Roman" w:eastAsia="Times New Roman"/>
          <w:b w:val="0"/>
          <w:color w:val="000000"/>
          <w:sz w:val="24"/>
        </w:rPr>
        <w:t>Ehepartner 2</w:t>
      </w:r>
    </w:p>
    <w:p>
      <w:pPr>
        <w:spacing w:line="360" w:lineRule="auto" w:after="160"/>
      </w:pPr>
      <w:r>
        <w:rPr>
          <w:rFonts w:ascii="Times New Roman" w:hAnsi="Times New Roman" w:eastAsia="Times New Roman"/>
          <w:b w:val="0"/>
          <w:color w:val="000000"/>
          <w:sz w:val="24"/>
        </w:rPr>
        <w:t>Datum: ____________ [Datum eintragen]</w:t>
      </w:r>
      <w:r>
        <w:rPr>
          <w:rFonts w:ascii="Times New Roman" w:hAnsi="Times New Roman" w:eastAsia="Times New Roman"/>
          <w:b w:val="0"/>
          <w:color w:val="000000"/>
          <w:sz w:val="24"/>
        </w:rPr>
        <w:tab/>
      </w:r>
      <w:r>
        <w:rPr>
          <w:rFonts w:ascii="Times New Roman" w:hAnsi="Times New Roman" w:eastAsia="Times New Roman"/>
          <w:b w:val="0"/>
          <w:color w:val="000000"/>
          <w:sz w:val="24"/>
        </w:rPr>
        <w:t>Datum: ____________ [Datum eintragen]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Dieser Vertrag stellt keine Rechtsberatung dar. Für konkrete Situationen, individuelle Gestaltungen oder Fragen zur Wirksamkeit sollte ein qualifizierter Rechtsanwalt oder Notar konsultiert werden.</w:t>
      </w:r>
    </w:p>
    <w:sectPr w:rsidR="00FC693F" w:rsidRPr="0006063C" w:rsidSect="00034616">
      <w:footerReference w:type="default" r:id="rId9"/>
      <w:pgSz w:w="11906" w:h="16838"/>
      <w:pgMar w:top="1134" w:right="1332" w:bottom="1077" w:left="13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4621" w:val="center"/>
      </w:tabs>
      <w:spacing w:line="240" w:lineRule="auto" w:before="0" w:after="0"/>
      <w:jc w:val="left"/>
    </w:pPr>
    <w:hyperlink r:id="rId1">
      <w:r>
        <w:drawing>
          <wp:inline xmlns:a="http://schemas.openxmlformats.org/drawingml/2006/main" xmlns:pic="http://schemas.openxmlformats.org/drawingml/2006/picture">
            <wp:extent cx="960120" cy="1066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106680"/>
                    </a:xfrm>
                    <a:prstGeom prst="rect"/>
                  </pic:spPr>
                </pic:pic>
              </a:graphicData>
            </a:graphic>
          </wp:inline>
        </w:drawing>
      </w:r>
    </w:hyperlink>
    <w:r>
      <w:rPr>
        <w:rFonts w:ascii="Times New Roman" w:hAnsi="Times New Roman" w:eastAsia="Times New Roman"/>
        <w:sz w:val="22"/>
      </w:rPr>
      <w:tab/>
      <w:t xml:space="preserve">Seite </w:t>
    </w:r>
    <w:r>
      <w:rPr>
        <w:rFonts w:ascii="Times New Roman" w:hAnsi="Times New Roman" w:eastAsia="Times New Roman"/>
        <w:sz w:val="22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Times New Roman" w:hAnsi="Times New Roman" w:eastAsia="Times New Roman"/>
        <w:sz w:val="22"/>
      </w:rPr>
      <w:t xml:space="preserve"> von </w:t>
    </w:r>
    <w:r>
      <w:rPr>
        <w:rFonts w:ascii="Times New Roman" w:hAnsi="Times New Roman" w:eastAsia="Times New Roman"/>
        <w:sz w:val="22"/>
      </w:rPr>
      <w:fldChar w:fldCharType="begin"/>
      <w:instrText xml:space="preserve">NUMPAGES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240" w:before="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 w:line="360" w:lineRule="auto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 w:line="360" w:lineRule="auto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 w:line="360" w:lineRule="auto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www.lawdistrict.de/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Ehevertrag Vorlage</dc:title>
  <dc:subject>LawDistrict Deutschland Ehevertrag Vorlage</dc:subject>
  <dc:creator>LawDistrict</dc:creator>
  <cp:keywords>Ehevertrag, Vorlage, Deutschland, LawDistrict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