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eastAsia="Times New Roman"/>
          <w:b/>
          <w:i w:val="0"/>
          <w:color w:val="000000"/>
          <w:sz w:val="48"/>
        </w:rPr>
        <w:t>UNTERMIETVERTRAG FÜR WOHNUNG</w:t>
      </w:r>
    </w:p>
    <w:p>
      <w:pPr>
        <w:keepLines/>
        <w:spacing w:before="0" w:after="320" w:line="360" w:lineRule="auto"/>
        <w:ind w:left="0"/>
        <w:jc w:val="center"/>
      </w:pPr>
      <w:r>
        <w:rPr>
          <w:rFonts w:ascii="Times New Roman" w:hAnsi="Times New Roman" w:eastAsia="Times New Roman"/>
          <w:b/>
          <w:i w:val="0"/>
          <w:color w:val="000000"/>
          <w:sz w:val="28"/>
        </w:rPr>
        <w:t>Zwischen</w:t>
      </w:r>
    </w:p>
    <w:p>
      <w:pPr>
        <w:keepLines/>
        <w:spacing w:before="0" w:after="60" w:line="360" w:lineRule="auto"/>
        <w:ind w:left="0"/>
        <w:jc w:val="center"/>
      </w:pPr>
      <w:r>
        <w:rPr>
          <w:rFonts w:ascii="Times New Roman" w:hAnsi="Times New Roman" w:eastAsia="Times New Roman"/>
          <w:b w:val="0"/>
          <w:i w:val="0"/>
          <w:color w:val="000000"/>
          <w:sz w:val="24"/>
        </w:rPr>
        <w:t>____________ [Vollständiger Name des Untervermieters]</w:t>
      </w:r>
    </w:p>
    <w:p>
      <w:pPr>
        <w:keepLines/>
        <w:spacing w:before="0" w:after="160" w:line="360" w:lineRule="auto"/>
        <w:ind w:left="0"/>
        <w:jc w:val="center"/>
      </w:pPr>
      <w:r>
        <w:rPr>
          <w:rFonts w:ascii="Times New Roman" w:hAnsi="Times New Roman" w:eastAsia="Times New Roman"/>
          <w:b w:val="0"/>
          <w:i w:val="0"/>
          <w:color w:val="000000"/>
          <w:sz w:val="24"/>
        </w:rPr>
        <w:t>____________ [Anschrift des Untervermieters]</w:t>
      </w:r>
    </w:p>
    <w:p>
      <w:pPr>
        <w:keepLines/>
        <w:spacing w:before="0" w:after="280" w:line="360" w:lineRule="auto"/>
        <w:ind w:left="0"/>
        <w:jc w:val="center"/>
      </w:pPr>
      <w:r>
        <w:rPr>
          <w:rFonts w:ascii="Times New Roman" w:hAnsi="Times New Roman" w:eastAsia="Times New Roman"/>
          <w:b w:val="0"/>
          <w:i w:val="0"/>
          <w:color w:val="000000"/>
          <w:sz w:val="24"/>
        </w:rPr>
        <w:t>- nachfolgend „Untervermieter“ genannt -</w:t>
      </w:r>
    </w:p>
    <w:p>
      <w:pPr>
        <w:keepLines/>
        <w:spacing w:before="0" w:after="280" w:line="360" w:lineRule="auto"/>
        <w:ind w:left="0"/>
        <w:jc w:val="center"/>
      </w:pPr>
      <w:r>
        <w:rPr>
          <w:rFonts w:ascii="Times New Roman" w:hAnsi="Times New Roman" w:eastAsia="Times New Roman"/>
          <w:b w:val="0"/>
          <w:i w:val="0"/>
          <w:color w:val="000000"/>
          <w:sz w:val="24"/>
        </w:rPr>
        <w:t>und</w:t>
      </w:r>
    </w:p>
    <w:p>
      <w:pPr>
        <w:keepLines/>
        <w:spacing w:before="0" w:after="60" w:line="360" w:lineRule="auto"/>
        <w:ind w:left="0"/>
        <w:jc w:val="center"/>
      </w:pPr>
      <w:r>
        <w:rPr>
          <w:rFonts w:ascii="Times New Roman" w:hAnsi="Times New Roman" w:eastAsia="Times New Roman"/>
          <w:b w:val="0"/>
          <w:i w:val="0"/>
          <w:color w:val="000000"/>
          <w:sz w:val="24"/>
        </w:rPr>
        <w:t>____________ [Vollständiger Name des Untermieters]</w:t>
      </w:r>
    </w:p>
    <w:p>
      <w:pPr>
        <w:keepLines/>
        <w:spacing w:before="0" w:after="160" w:line="360" w:lineRule="auto"/>
        <w:ind w:left="0"/>
        <w:jc w:val="center"/>
      </w:pPr>
      <w:r>
        <w:rPr>
          <w:rFonts w:ascii="Times New Roman" w:hAnsi="Times New Roman" w:eastAsia="Times New Roman"/>
          <w:b w:val="0"/>
          <w:i w:val="0"/>
          <w:color w:val="000000"/>
          <w:sz w:val="24"/>
        </w:rPr>
        <w:t>____________ [Anschrift des Untermieters]</w:t>
      </w:r>
    </w:p>
    <w:p>
      <w:pPr>
        <w:keepLines/>
        <w:spacing w:before="0" w:after="280" w:line="360" w:lineRule="auto"/>
        <w:ind w:left="0"/>
        <w:jc w:val="center"/>
      </w:pPr>
      <w:r>
        <w:rPr>
          <w:rFonts w:ascii="Times New Roman" w:hAnsi="Times New Roman" w:eastAsia="Times New Roman"/>
          <w:b w:val="0"/>
          <w:i w:val="0"/>
          <w:color w:val="000000"/>
          <w:sz w:val="24"/>
        </w:rPr>
        <w:t>- nachfolgend „Untermieter“ genannt -</w:t>
      </w:r>
    </w:p>
    <w:p>
      <w:pPr>
        <w:keepLines/>
        <w:spacing w:before="0" w:after="160" w:line="360" w:lineRule="auto"/>
        <w:ind w:left="0"/>
      </w:pPr>
      <w:r>
        <w:rPr>
          <w:rFonts w:ascii="Times New Roman" w:hAnsi="Times New Roman" w:eastAsia="Times New Roman"/>
          <w:b w:val="0"/>
          <w:i w:val="0"/>
          <w:color w:val="000000"/>
          <w:sz w:val="24"/>
        </w:rPr>
        <w:t>wird folgender Untermietvertrag geschlossen:</w:t>
      </w:r>
    </w:p>
    <w:p>
      <w:pPr>
        <w:pStyle w:val="ClauseHeading"/>
        <w:keepNext/>
        <w:keepLines/>
      </w:pPr>
      <w:r>
        <w:rPr>
          <w:rFonts w:ascii="Times New Roman" w:hAnsi="Times New Roman" w:eastAsia="Times New Roman"/>
          <w:b/>
          <w:i w:val="0"/>
          <w:color w:val="000000"/>
          <w:sz w:val="28"/>
        </w:rPr>
        <w:t>§ 1 Mietgegenstand</w:t>
      </w:r>
    </w:p>
    <w:p>
      <w:pPr>
        <w:keepLines w:val="0"/>
        <w:spacing w:before="0" w:after="160" w:line="360" w:lineRule="auto"/>
        <w:ind w:left="0"/>
      </w:pPr>
      <w:r>
        <w:rPr>
          <w:rFonts w:ascii="Times New Roman" w:hAnsi="Times New Roman" w:eastAsia="Times New Roman"/>
          <w:b w:val="0"/>
          <w:i w:val="0"/>
          <w:color w:val="000000"/>
          <w:sz w:val="24"/>
        </w:rPr>
        <w:t>Der Untervermieter vermietet dem Untermieter die gesamte Wohnung unter folgender Anschrift:</w:t>
      </w:r>
    </w:p>
    <w:p>
      <w:pPr>
        <w:keepLines/>
        <w:spacing w:before="0" w:after="160" w:line="360" w:lineRule="auto"/>
        <w:ind w:left="0"/>
      </w:pPr>
      <w:r>
        <w:rPr>
          <w:rFonts w:ascii="Times New Roman" w:hAnsi="Times New Roman" w:eastAsia="Times New Roman"/>
          <w:b w:val="0"/>
          <w:i w:val="0"/>
          <w:color w:val="000000"/>
          <w:sz w:val="24"/>
        </w:rPr>
        <w:t>____________ [Vollständige Anschrift der Wohnung einschließlich Postleitzahl und Ort]</w:t>
      </w:r>
    </w:p>
    <w:p>
      <w:pPr>
        <w:keepLines/>
        <w:spacing w:before="0" w:after="160" w:line="360" w:lineRule="auto"/>
        <w:ind w:left="0"/>
      </w:pPr>
      <w:r>
        <w:rPr>
          <w:rFonts w:ascii="Times New Roman" w:hAnsi="Times New Roman" w:eastAsia="Times New Roman"/>
          <w:b w:val="0"/>
          <w:i w:val="0"/>
          <w:color w:val="000000"/>
          <w:sz w:val="24"/>
        </w:rPr>
        <w:t>Etage und Wohnungsnummer: ____________ [Etage und Wohnungsnummer]</w:t>
      </w:r>
    </w:p>
    <w:p>
      <w:pPr>
        <w:keepLines w:val="0"/>
        <w:spacing w:before="0" w:after="160" w:line="360" w:lineRule="auto"/>
        <w:ind w:left="0"/>
      </w:pPr>
      <w:r>
        <w:rPr>
          <w:rFonts w:ascii="Times New Roman" w:hAnsi="Times New Roman" w:eastAsia="Times New Roman"/>
          <w:b w:val="0"/>
          <w:i w:val="0"/>
          <w:color w:val="000000"/>
          <w:sz w:val="24"/>
        </w:rPr>
        <w:t>Die Wohnung besteht aus ____________ [Anzahl der Zimmer] Zimmern und hat eine Wohnfläche von ungefähr ____________ [Wohnfläche in Quadratmetern] m².</w:t>
      </w:r>
    </w:p>
    <w:p>
      <w:pPr>
        <w:keepLines w:val="0"/>
        <w:spacing w:before="0" w:after="160" w:line="360" w:lineRule="auto"/>
        <w:ind w:left="0"/>
      </w:pPr>
      <w:r>
        <w:rPr>
          <w:rFonts w:ascii="Times New Roman" w:hAnsi="Times New Roman" w:eastAsia="Times New Roman"/>
          <w:b w:val="0"/>
          <w:i w:val="0"/>
          <w:color w:val="000000"/>
          <w:sz w:val="24"/>
        </w:rPr>
        <w:t>Mitvermietet sind: ____________ [Mitvermietete Nebenräume und Einrichtungen, zum Beispiel Keller, Stellplatz oder Balkon].</w:t>
      </w:r>
    </w:p>
    <w:p>
      <w:pPr>
        <w:keepLines/>
        <w:spacing w:before="0" w:after="100" w:line="360" w:lineRule="auto"/>
        <w:ind w:left="198"/>
      </w:pPr>
      <w:r>
        <w:rPr>
          <w:rFonts w:ascii="Times New Roman" w:hAnsi="Times New Roman" w:eastAsia="Times New Roman"/>
          <w:b w:val="0"/>
          <w:i w:val="0"/>
          <w:color w:val="000000"/>
          <w:sz w:val="24"/>
        </w:rPr>
        <w:t>☐ Die Wohnung wird unmöbliert vermietet.</w:t>
      </w:r>
    </w:p>
    <w:p>
      <w:pPr>
        <w:keepLines/>
        <w:spacing w:before="0" w:after="100" w:line="360" w:lineRule="auto"/>
        <w:ind w:left="198"/>
      </w:pPr>
      <w:r>
        <w:rPr>
          <w:rFonts w:ascii="Times New Roman" w:hAnsi="Times New Roman" w:eastAsia="Times New Roman"/>
          <w:b w:val="0"/>
          <w:i w:val="0"/>
          <w:color w:val="000000"/>
          <w:sz w:val="24"/>
        </w:rPr>
        <w:t>☐ Die Wohnung wird möbliert vermietet. Die überlassenen Gegenstände werden im Übergabeprotokoll aufgeführt.</w:t>
      </w:r>
    </w:p>
    <w:p>
      <w:pPr>
        <w:keepLines w:val="0"/>
        <w:spacing w:before="0" w:after="160" w:line="360" w:lineRule="auto"/>
        <w:ind w:left="0"/>
      </w:pPr>
      <w:r>
        <w:rPr>
          <w:rFonts w:ascii="Times New Roman" w:hAnsi="Times New Roman" w:eastAsia="Times New Roman"/>
          <w:b w:val="0"/>
          <w:i w:val="0"/>
          <w:color w:val="000000"/>
          <w:sz w:val="24"/>
        </w:rPr>
        <w:t>Bei der Übergabe erhält der Untermieter ____________ [Anzahl und Art der übergebenen Schlüssel] Schlüssel.</w:t>
      </w:r>
    </w:p>
    <w:p>
      <w:pPr>
        <w:pStyle w:val="ClauseHeading"/>
        <w:keepNext/>
        <w:keepLines/>
      </w:pPr>
      <w:r>
        <w:rPr>
          <w:rFonts w:ascii="Times New Roman" w:hAnsi="Times New Roman" w:eastAsia="Times New Roman"/>
          <w:b/>
          <w:i w:val="0"/>
          <w:color w:val="000000"/>
          <w:sz w:val="28"/>
        </w:rPr>
        <w:t>§ 2 Hauptmietverhältnis und Erlaubnis</w:t>
      </w:r>
    </w:p>
    <w:p>
      <w:pPr>
        <w:keepLines w:val="0"/>
        <w:spacing w:before="0" w:after="160" w:line="360" w:lineRule="auto"/>
        <w:ind w:left="0"/>
      </w:pPr>
      <w:r>
        <w:rPr>
          <w:rFonts w:ascii="Times New Roman" w:hAnsi="Times New Roman" w:eastAsia="Times New Roman"/>
          <w:b w:val="0"/>
          <w:i w:val="0"/>
          <w:color w:val="000000"/>
          <w:sz w:val="24"/>
        </w:rPr>
        <w:t>Der Untervermieter erklärt, Hauptmieter der Wohnung zu sein und dass die nach § 540 BGB erforderliche Erlaubnis des Hauptvermieters zur vollständigen Untervermietung vorliegt. Eine Kopie der Erlaubnis wird diesem Vertrag als Anlage beigefügt.</w:t>
      </w:r>
    </w:p>
    <w:p>
      <w:pPr>
        <w:keepLines w:val="0"/>
        <w:spacing w:before="0" w:after="160" w:line="360" w:lineRule="auto"/>
        <w:ind w:left="0"/>
      </w:pPr>
      <w:r>
        <w:rPr>
          <w:rFonts w:ascii="Times New Roman" w:hAnsi="Times New Roman" w:eastAsia="Times New Roman"/>
          <w:b w:val="0"/>
          <w:i w:val="0"/>
          <w:color w:val="000000"/>
          <w:sz w:val="24"/>
        </w:rPr>
        <w:t>Zwischen dem Hauptvermieter und dem Untermieter entsteht durch diesen Vertrag kein eigenes Mietverhältnis. Der Untervermieter informiert den Untermieter unverzüglich über Umstände des Hauptmietverhältnisses, die den Gebrauch der Wohnung oder den Bestand dieses Untermietverhältnisses wesentlich betreffen.</w:t>
      </w:r>
    </w:p>
    <w:p>
      <w:pPr>
        <w:pStyle w:val="ClauseHeading"/>
        <w:keepNext/>
        <w:keepLines/>
      </w:pPr>
      <w:r>
        <w:rPr>
          <w:rFonts w:ascii="Times New Roman" w:hAnsi="Times New Roman" w:eastAsia="Times New Roman"/>
          <w:b/>
          <w:i w:val="0"/>
          <w:color w:val="000000"/>
          <w:sz w:val="28"/>
        </w:rPr>
        <w:t>§ 3 Mietzeit</w:t>
      </w:r>
    </w:p>
    <w:p>
      <w:pPr>
        <w:keepLines/>
        <w:spacing w:before="0" w:after="100" w:line="360" w:lineRule="auto"/>
        <w:ind w:left="198"/>
      </w:pPr>
      <w:r>
        <w:rPr>
          <w:rFonts w:ascii="Times New Roman" w:hAnsi="Times New Roman" w:eastAsia="Times New Roman"/>
          <w:b w:val="0"/>
          <w:i w:val="0"/>
          <w:color w:val="000000"/>
          <w:sz w:val="24"/>
        </w:rPr>
        <w:t>☐ Das Mietverhältnis beginnt am ____________ [Datum des Mietbeginns] und läuft auf unbestimmte Zeit.</w:t>
      </w:r>
    </w:p>
    <w:p>
      <w:pPr>
        <w:keepLines/>
        <w:spacing w:before="0" w:after="100" w:line="360" w:lineRule="auto"/>
        <w:ind w:left="198"/>
      </w:pPr>
      <w:r>
        <w:rPr>
          <w:rFonts w:ascii="Times New Roman" w:hAnsi="Times New Roman" w:eastAsia="Times New Roman"/>
          <w:b w:val="0"/>
          <w:i w:val="0"/>
          <w:color w:val="000000"/>
          <w:sz w:val="24"/>
        </w:rPr>
        <w:t>☐ Das Mietverhältnis beginnt am ____________ [Datum des Mietbeginns] und endet am ____________ [Datum des Mietendes].</w:t>
      </w:r>
    </w:p>
    <w:p>
      <w:pPr>
        <w:keepLines w:val="0"/>
        <w:spacing w:before="0" w:after="160" w:line="360" w:lineRule="auto"/>
        <w:ind w:left="0"/>
      </w:pPr>
      <w:r>
        <w:rPr>
          <w:rFonts w:ascii="Times New Roman" w:hAnsi="Times New Roman" w:eastAsia="Times New Roman"/>
          <w:b w:val="0"/>
          <w:i w:val="0"/>
          <w:color w:val="000000"/>
          <w:sz w:val="24"/>
        </w:rPr>
        <w:t>Bei einer Befristung lautet der bei Vertragsschluss schriftlich mitgeteilte Befristungsgrund nach § 575 Absatz 1 BGB: ____________ [Konkreten gesetzlichen Befristungsgrund vollständig beschreiben].</w:t>
      </w:r>
    </w:p>
    <w:p>
      <w:pPr>
        <w:pStyle w:val="ClauseHeading"/>
        <w:keepNext/>
        <w:keepLines/>
      </w:pPr>
      <w:r>
        <w:rPr>
          <w:rFonts w:ascii="Times New Roman" w:hAnsi="Times New Roman" w:eastAsia="Times New Roman"/>
          <w:b/>
          <w:i w:val="0"/>
          <w:color w:val="000000"/>
          <w:sz w:val="28"/>
        </w:rPr>
        <w:t>§ 4 Miete und Betriebskosten</w:t>
      </w:r>
    </w:p>
    <w:p>
      <w:pPr>
        <w:keepLines w:val="0"/>
        <w:spacing w:before="0" w:after="160" w:line="360" w:lineRule="auto"/>
        <w:ind w:left="0"/>
      </w:pPr>
      <w:r>
        <w:rPr>
          <w:rFonts w:ascii="Times New Roman" w:hAnsi="Times New Roman" w:eastAsia="Times New Roman"/>
          <w:b w:val="0"/>
          <w:i w:val="0"/>
          <w:color w:val="000000"/>
          <w:sz w:val="24"/>
        </w:rPr>
        <w:t>Die monatliche Nettokaltmiete beträgt ____________ [Betrag der monatlichen Nettokaltmiete in Euro] EUR.</w:t>
      </w:r>
    </w:p>
    <w:p>
      <w:pPr>
        <w:keepLines w:val="0"/>
        <w:spacing w:before="0" w:after="160" w:line="360" w:lineRule="auto"/>
        <w:ind w:left="0"/>
      </w:pPr>
      <w:r>
        <w:rPr>
          <w:rFonts w:ascii="Times New Roman" w:hAnsi="Times New Roman" w:eastAsia="Times New Roman"/>
          <w:b w:val="0"/>
          <w:i w:val="0"/>
          <w:color w:val="000000"/>
          <w:sz w:val="24"/>
        </w:rPr>
        <w:t>Hinzu kommen monatlich:</w:t>
      </w:r>
    </w:p>
    <w:p>
      <w:pPr>
        <w:keepLines/>
        <w:spacing w:before="0" w:after="160" w:line="360" w:lineRule="auto"/>
        <w:ind w:left="198"/>
      </w:pPr>
      <w:r>
        <w:rPr>
          <w:rFonts w:ascii="Times New Roman" w:hAnsi="Times New Roman" w:eastAsia="Times New Roman"/>
          <w:b w:val="0"/>
          <w:i w:val="0"/>
          <w:color w:val="000000"/>
          <w:sz w:val="24"/>
        </w:rPr>
        <w:t>Betriebskostenvorauszahlung: ____________ [Betrag in Euro] EUR</w:t>
      </w:r>
    </w:p>
    <w:p>
      <w:pPr>
        <w:keepLines/>
        <w:spacing w:before="0" w:after="160" w:line="360" w:lineRule="auto"/>
        <w:ind w:left="198"/>
      </w:pPr>
      <w:r>
        <w:rPr>
          <w:rFonts w:ascii="Times New Roman" w:hAnsi="Times New Roman" w:eastAsia="Times New Roman"/>
          <w:b w:val="0"/>
          <w:i w:val="0"/>
          <w:color w:val="000000"/>
          <w:sz w:val="24"/>
        </w:rPr>
        <w:t>Heizkostenvorauszahlung: ____________ [Betrag in Euro] EUR</w:t>
      </w:r>
    </w:p>
    <w:p>
      <w:pPr>
        <w:keepLines/>
        <w:spacing w:before="0" w:after="160" w:line="360" w:lineRule="auto"/>
        <w:ind w:left="198"/>
      </w:pPr>
      <w:r>
        <w:rPr>
          <w:rFonts w:ascii="Times New Roman" w:hAnsi="Times New Roman" w:eastAsia="Times New Roman"/>
          <w:b w:val="0"/>
          <w:i w:val="0"/>
          <w:color w:val="000000"/>
          <w:sz w:val="24"/>
        </w:rPr>
        <w:t>Sonstige vereinbarte Kosten: ____________ [Art und Betrag in Euro] EUR</w:t>
      </w:r>
    </w:p>
    <w:p>
      <w:pPr>
        <w:keepLines w:val="0"/>
        <w:spacing w:before="0" w:after="160" w:line="360" w:lineRule="auto"/>
        <w:ind w:left="0"/>
      </w:pPr>
      <w:r>
        <w:rPr>
          <w:rFonts w:ascii="Times New Roman" w:hAnsi="Times New Roman" w:eastAsia="Times New Roman"/>
          <w:b w:val="0"/>
          <w:i w:val="0"/>
          <w:color w:val="000000"/>
          <w:sz w:val="24"/>
        </w:rPr>
        <w:t>Die monatliche Gesamtzahlung beträgt ____________ [Gesamtbetrag in Euro] EUR.</w:t>
      </w:r>
    </w:p>
    <w:p>
      <w:pPr>
        <w:keepLines w:val="0"/>
        <w:spacing w:before="0" w:after="160" w:line="360" w:lineRule="auto"/>
        <w:ind w:left="0"/>
      </w:pPr>
      <w:r>
        <w:rPr>
          <w:rFonts w:ascii="Times New Roman" w:hAnsi="Times New Roman" w:eastAsia="Times New Roman"/>
          <w:b w:val="0"/>
          <w:i w:val="0"/>
          <w:color w:val="000000"/>
          <w:sz w:val="24"/>
        </w:rPr>
        <w:t>Über vereinbarte Betriebskostenvorauszahlungen wird jährlich nach den gesetzlichen Vorschriften abgerechnet. Die Gesamtzahlung ist monatlich im Voraus, spätestens bis zum dritten Werktag, auf folgendes Konto zu zahlen:</w:t>
      </w:r>
    </w:p>
    <w:p>
      <w:pPr>
        <w:keepLines/>
        <w:spacing w:before="0" w:after="160" w:line="360" w:lineRule="auto"/>
        <w:ind w:left="198"/>
      </w:pPr>
      <w:r>
        <w:rPr>
          <w:rFonts w:ascii="Times New Roman" w:hAnsi="Times New Roman" w:eastAsia="Times New Roman"/>
          <w:b w:val="0"/>
          <w:i w:val="0"/>
          <w:color w:val="000000"/>
          <w:sz w:val="24"/>
        </w:rPr>
        <w:t>Kontoinhaber: ____________ [Name des Kontoinhabers]</w:t>
      </w:r>
    </w:p>
    <w:p>
      <w:pPr>
        <w:keepLines/>
        <w:spacing w:before="0" w:after="160" w:line="360" w:lineRule="auto"/>
        <w:ind w:left="198"/>
      </w:pPr>
      <w:r>
        <w:rPr>
          <w:rFonts w:ascii="Times New Roman" w:hAnsi="Times New Roman" w:eastAsia="Times New Roman"/>
          <w:b w:val="0"/>
          <w:i w:val="0"/>
          <w:color w:val="000000"/>
          <w:sz w:val="24"/>
        </w:rPr>
        <w:t>IBAN: ____________ [IBAN]</w:t>
      </w:r>
    </w:p>
    <w:p>
      <w:pPr>
        <w:keepLines/>
        <w:spacing w:before="0" w:after="160" w:line="360" w:lineRule="auto"/>
        <w:ind w:left="198"/>
      </w:pPr>
      <w:r>
        <w:rPr>
          <w:rFonts w:ascii="Times New Roman" w:hAnsi="Times New Roman" w:eastAsia="Times New Roman"/>
          <w:b w:val="0"/>
          <w:i w:val="0"/>
          <w:color w:val="000000"/>
          <w:sz w:val="24"/>
        </w:rPr>
        <w:t>Bankinstitut: ____________ [Name des Bankinstituts]</w:t>
      </w:r>
    </w:p>
    <w:p>
      <w:pPr>
        <w:pStyle w:val="ClauseHeading"/>
        <w:keepNext/>
        <w:keepLines/>
      </w:pPr>
      <w:r>
        <w:rPr>
          <w:rFonts w:ascii="Times New Roman" w:hAnsi="Times New Roman" w:eastAsia="Times New Roman"/>
          <w:b/>
          <w:i w:val="0"/>
          <w:color w:val="000000"/>
          <w:sz w:val="28"/>
        </w:rPr>
        <w:t>§ 5 Mietsicherheit</w:t>
      </w:r>
    </w:p>
    <w:p>
      <w:pPr>
        <w:keepLines w:val="0"/>
        <w:spacing w:before="0" w:after="160" w:line="360" w:lineRule="auto"/>
        <w:ind w:left="0"/>
      </w:pPr>
      <w:r>
        <w:rPr>
          <w:rFonts w:ascii="Times New Roman" w:hAnsi="Times New Roman" w:eastAsia="Times New Roman"/>
          <w:b w:val="0"/>
          <w:i w:val="0"/>
          <w:color w:val="000000"/>
          <w:sz w:val="24"/>
        </w:rPr>
        <w:t>Der Untermieter leistet eine Mietsicherheit in Höhe von ____________ [Betrag der Mietsicherheit in Euro] EUR. Sie darf höchstens drei monatliche Nettokaltmieten betragen.</w:t>
      </w:r>
    </w:p>
    <w:p>
      <w:pPr>
        <w:keepLines w:val="0"/>
        <w:spacing w:before="0" w:after="160" w:line="360" w:lineRule="auto"/>
        <w:ind w:left="0"/>
      </w:pPr>
      <w:r>
        <w:rPr>
          <w:rFonts w:ascii="Times New Roman" w:hAnsi="Times New Roman" w:eastAsia="Times New Roman"/>
          <w:b w:val="0"/>
          <w:i w:val="0"/>
          <w:color w:val="000000"/>
          <w:sz w:val="24"/>
        </w:rPr>
        <w:t>Eine als Geldsumme vereinbarte Mietsicherheit kann in drei gleichen monatlichen Teilzahlungen geleistet werden. Der Untervermieter legt sie getrennt von seinem Vermögen zu dem gesetzlich vorgesehenen Zinssatz an. Erträge stehen dem Untermieter zu.</w:t>
      </w:r>
    </w:p>
    <w:p>
      <w:pPr>
        <w:pStyle w:val="ClauseHeading"/>
        <w:keepNext/>
        <w:keepLines/>
      </w:pPr>
      <w:r>
        <w:rPr>
          <w:rFonts w:ascii="Times New Roman" w:hAnsi="Times New Roman" w:eastAsia="Times New Roman"/>
          <w:b/>
          <w:i w:val="0"/>
          <w:color w:val="000000"/>
          <w:sz w:val="28"/>
        </w:rPr>
        <w:t>§ 6 Übergabe und Zustand der Wohnung</w:t>
      </w:r>
    </w:p>
    <w:p>
      <w:pPr>
        <w:keepLines w:val="0"/>
        <w:spacing w:before="0" w:after="160" w:line="360" w:lineRule="auto"/>
        <w:ind w:left="0"/>
      </w:pPr>
      <w:r>
        <w:rPr>
          <w:rFonts w:ascii="Times New Roman" w:hAnsi="Times New Roman" w:eastAsia="Times New Roman"/>
          <w:b w:val="0"/>
          <w:i w:val="0"/>
          <w:color w:val="000000"/>
          <w:sz w:val="24"/>
        </w:rPr>
        <w:t>Der Zustand der Wohnung, vorhandene Mängel, Zählerstände, Einrichtungsgegenstände und übergebene Schlüssel werden in einem von beiden Parteien unterzeichneten Übergabeprotokoll festgehalten.</w:t>
      </w:r>
    </w:p>
    <w:p>
      <w:pPr>
        <w:keepLines w:val="0"/>
        <w:spacing w:before="0" w:after="160" w:line="360" w:lineRule="auto"/>
        <w:ind w:left="0"/>
      </w:pPr>
      <w:r>
        <w:rPr>
          <w:rFonts w:ascii="Times New Roman" w:hAnsi="Times New Roman" w:eastAsia="Times New Roman"/>
          <w:b w:val="0"/>
          <w:i w:val="0"/>
          <w:color w:val="000000"/>
          <w:sz w:val="24"/>
        </w:rPr>
        <w:t>Der Untermieter behandelt die Wohnung und die mitvermieteten Einrichtungen schonend und zeigt auftretende Mängel oder Schäden dem Untervermieter unverzüglich an. Für Abnutzung durch vertragsgemäßen Gebrauch haftet der Untermieter nicht.</w:t>
      </w:r>
    </w:p>
    <w:p>
      <w:pPr>
        <w:pStyle w:val="ClauseHeading"/>
        <w:keepNext/>
        <w:keepLines/>
      </w:pPr>
      <w:r>
        <w:rPr>
          <w:rFonts w:ascii="Times New Roman" w:hAnsi="Times New Roman" w:eastAsia="Times New Roman"/>
          <w:b/>
          <w:i w:val="0"/>
          <w:color w:val="000000"/>
          <w:sz w:val="28"/>
        </w:rPr>
        <w:t>§ 7 Nutzung der Wohnung</w:t>
      </w:r>
    </w:p>
    <w:p>
      <w:pPr>
        <w:keepLines w:val="0"/>
        <w:spacing w:before="0" w:after="160" w:line="360" w:lineRule="auto"/>
        <w:ind w:left="0"/>
      </w:pPr>
      <w:r>
        <w:rPr>
          <w:rFonts w:ascii="Times New Roman" w:hAnsi="Times New Roman" w:eastAsia="Times New Roman"/>
          <w:b w:val="0"/>
          <w:i w:val="0"/>
          <w:color w:val="000000"/>
          <w:sz w:val="24"/>
        </w:rPr>
        <w:t>Die Wohnung darf ausschließlich zu Wohnzwecken genutzt werden. Außer dem Untermieter werden folgende Personen dauerhaft in der Wohnung wohnen: ____________ [Vollständige Namen aller weiteren Bewohner oder „keine“].</w:t>
      </w:r>
    </w:p>
    <w:p>
      <w:pPr>
        <w:keepLines w:val="0"/>
        <w:spacing w:before="0" w:after="160" w:line="360" w:lineRule="auto"/>
        <w:ind w:left="0"/>
      </w:pPr>
      <w:r>
        <w:rPr>
          <w:rFonts w:ascii="Times New Roman" w:hAnsi="Times New Roman" w:eastAsia="Times New Roman"/>
          <w:b w:val="0"/>
          <w:i w:val="0"/>
          <w:color w:val="000000"/>
          <w:sz w:val="24"/>
        </w:rPr>
        <w:t>Eine weitere Überlassung der Wohnung oder einzelner Räume an Dritte bedarf der vorherigen Erlaubnis des Untervermieters und, soweit erforderlich, des Hauptvermieters. Die Hausordnung und die für den Untermieter maßgeblichen Bestimmungen des Hauptmietvertrags sind einzuhalten, sofern sie als Anlage beigefügt wurden.</w:t>
      </w:r>
    </w:p>
    <w:p>
      <w:pPr>
        <w:keepLines w:val="0"/>
        <w:spacing w:before="0" w:after="160" w:line="360" w:lineRule="auto"/>
        <w:ind w:left="0"/>
      </w:pPr>
      <w:r>
        <w:rPr>
          <w:rFonts w:ascii="Times New Roman" w:hAnsi="Times New Roman" w:eastAsia="Times New Roman"/>
          <w:b w:val="0"/>
          <w:i w:val="0"/>
          <w:color w:val="000000"/>
          <w:sz w:val="24"/>
        </w:rPr>
        <w:t>Die Tierhaltung richtet sich nach den gesetzlichen Vorschriften und den wirksam einbezogenen Regelungen des Hauptmietvertrags.</w:t>
      </w:r>
    </w:p>
    <w:p>
      <w:pPr>
        <w:pStyle w:val="ClauseHeading"/>
        <w:keepNext/>
        <w:keepLines/>
      </w:pPr>
      <w:r>
        <w:rPr>
          <w:rFonts w:ascii="Times New Roman" w:hAnsi="Times New Roman" w:eastAsia="Times New Roman"/>
          <w:b/>
          <w:i w:val="0"/>
          <w:color w:val="000000"/>
          <w:sz w:val="28"/>
        </w:rPr>
        <w:t>§ 8 Versorgung und Zutritt</w:t>
      </w:r>
    </w:p>
    <w:p>
      <w:pPr>
        <w:keepLines w:val="0"/>
        <w:spacing w:before="0" w:after="160" w:line="360" w:lineRule="auto"/>
        <w:ind w:left="0"/>
      </w:pPr>
      <w:r>
        <w:rPr>
          <w:rFonts w:ascii="Times New Roman" w:hAnsi="Times New Roman" w:eastAsia="Times New Roman"/>
          <w:b w:val="0"/>
          <w:i w:val="0"/>
          <w:color w:val="000000"/>
          <w:sz w:val="24"/>
        </w:rPr>
        <w:t>Folgende Leistungen meldet der Untermieter auf eigene Kosten an oder zahlt sie unmittelbar: ____________ [Zum Beispiel Strom, Gas, Internet oder Rundfunkbeitrag].</w:t>
      </w:r>
    </w:p>
    <w:p>
      <w:pPr>
        <w:keepLines w:val="0"/>
        <w:spacing w:before="0" w:after="160" w:line="360" w:lineRule="auto"/>
        <w:ind w:left="0"/>
      </w:pPr>
      <w:r>
        <w:rPr>
          <w:rFonts w:ascii="Times New Roman" w:hAnsi="Times New Roman" w:eastAsia="Times New Roman"/>
          <w:b w:val="0"/>
          <w:i w:val="0"/>
          <w:color w:val="000000"/>
          <w:sz w:val="24"/>
        </w:rPr>
        <w:t>Der Untervermieter oder der Hauptvermieter darf die Wohnung bei berechtigtem Anlass nach angemessener vorheriger Ankündigung betreten. Bei Gefahr im Verzug ist ein Zutritt ohne vorherige Ankündigung zulässig.</w:t>
      </w:r>
    </w:p>
    <w:p>
      <w:pPr>
        <w:pStyle w:val="ClauseHeading"/>
        <w:keepNext/>
        <w:keepLines/>
      </w:pPr>
      <w:r>
        <w:rPr>
          <w:rFonts w:ascii="Times New Roman" w:hAnsi="Times New Roman" w:eastAsia="Times New Roman"/>
          <w:b/>
          <w:i w:val="0"/>
          <w:color w:val="000000"/>
          <w:sz w:val="28"/>
        </w:rPr>
        <w:t>§ 9 Kündigung</w:t>
      </w:r>
    </w:p>
    <w:p>
      <w:pPr>
        <w:keepLines w:val="0"/>
        <w:spacing w:before="0" w:after="160" w:line="360" w:lineRule="auto"/>
        <w:ind w:left="0"/>
      </w:pPr>
      <w:r>
        <w:rPr>
          <w:rFonts w:ascii="Times New Roman" w:hAnsi="Times New Roman" w:eastAsia="Times New Roman"/>
          <w:b w:val="0"/>
          <w:i w:val="0"/>
          <w:color w:val="000000"/>
          <w:sz w:val="24"/>
        </w:rPr>
        <w:t>Für die ordentliche und außerordentliche Kündigung gelten die gesetzlichen Vorschriften. Jede Kündigung bedarf der Schriftform. Bei einem wirksam befristeten Mietverhältnis ist die ordentliche Kündigung während der Laufzeit ausgeschlossen, soweit nicht gesetzlich oder ausdrücklich in diesem Vertrag etwas anderes vorgesehen ist.</w:t>
      </w:r>
    </w:p>
    <w:p>
      <w:pPr>
        <w:keepLines w:val="0"/>
        <w:spacing w:before="0" w:after="160" w:line="360" w:lineRule="auto"/>
        <w:ind w:left="0"/>
      </w:pPr>
      <w:r>
        <w:rPr>
          <w:rFonts w:ascii="Times New Roman" w:hAnsi="Times New Roman" w:eastAsia="Times New Roman"/>
          <w:b w:val="0"/>
          <w:i w:val="0"/>
          <w:color w:val="000000"/>
          <w:sz w:val="24"/>
        </w:rPr>
        <w:t>Der Untervermieter kann ein unbefristetes Wohnraummietverhältnis ordentlich nur kündigen, wenn die gesetzlichen Voraussetzungen vorliegen. Das Recht beider Parteien zur außerordentlichen Kündigung aus wichtigem Grund bleibt unberührt.</w:t>
      </w:r>
    </w:p>
    <w:p>
      <w:pPr>
        <w:pStyle w:val="ClauseHeading"/>
        <w:keepNext/>
        <w:keepLines/>
      </w:pPr>
      <w:r>
        <w:rPr>
          <w:rFonts w:ascii="Times New Roman" w:hAnsi="Times New Roman" w:eastAsia="Times New Roman"/>
          <w:b/>
          <w:i w:val="0"/>
          <w:color w:val="000000"/>
          <w:sz w:val="28"/>
        </w:rPr>
        <w:t>§ 10 Rückgabe der Wohnung</w:t>
      </w:r>
    </w:p>
    <w:p>
      <w:pPr>
        <w:keepLines w:val="0"/>
        <w:spacing w:before="0" w:after="160" w:line="360" w:lineRule="auto"/>
        <w:ind w:left="0"/>
      </w:pPr>
      <w:r>
        <w:rPr>
          <w:rFonts w:ascii="Times New Roman" w:hAnsi="Times New Roman" w:eastAsia="Times New Roman"/>
          <w:b w:val="0"/>
          <w:i w:val="0"/>
          <w:color w:val="000000"/>
          <w:sz w:val="24"/>
        </w:rPr>
        <w:t>Bei Beendigung des Mietverhältnisses gibt der Untermieter die Wohnung geräumt, besenrein und mit sämtlichen überlassenen Schlüsseln zurück. Der Zustand und die Zählerstände werden in einem Rückgabeprotokoll festgehalten.</w:t>
      </w:r>
    </w:p>
    <w:p>
      <w:pPr>
        <w:pStyle w:val="ClauseHeading"/>
        <w:keepNext/>
        <w:keepLines/>
      </w:pPr>
      <w:r>
        <w:rPr>
          <w:rFonts w:ascii="Times New Roman" w:hAnsi="Times New Roman" w:eastAsia="Times New Roman"/>
          <w:b/>
          <w:i w:val="0"/>
          <w:color w:val="000000"/>
          <w:sz w:val="28"/>
        </w:rPr>
        <w:t>§ 11 Anlagen und Nebenabreden</w:t>
      </w:r>
    </w:p>
    <w:p>
      <w:pPr>
        <w:keepLines w:val="0"/>
        <w:spacing w:before="0" w:after="160" w:line="360" w:lineRule="auto"/>
        <w:ind w:left="0"/>
      </w:pPr>
      <w:r>
        <w:rPr>
          <w:rFonts w:ascii="Times New Roman" w:hAnsi="Times New Roman" w:eastAsia="Times New Roman"/>
          <w:b w:val="0"/>
          <w:i w:val="0"/>
          <w:color w:val="000000"/>
          <w:sz w:val="24"/>
        </w:rPr>
        <w:t>Bestandteile dieses Vertrags sind, soweit beigefügt:</w:t>
      </w:r>
    </w:p>
    <w:p>
      <w:pPr>
        <w:keepLines/>
        <w:spacing w:before="0" w:after="100" w:line="360" w:lineRule="auto"/>
        <w:ind w:left="198"/>
      </w:pPr>
      <w:r>
        <w:rPr>
          <w:rFonts w:ascii="Times New Roman" w:hAnsi="Times New Roman" w:eastAsia="Times New Roman"/>
          <w:b w:val="0"/>
          <w:i w:val="0"/>
          <w:color w:val="000000"/>
          <w:sz w:val="24"/>
        </w:rPr>
        <w:t>☐ Erlaubnis des Hauptvermieters zur Untervermietung</w:t>
      </w:r>
    </w:p>
    <w:p>
      <w:pPr>
        <w:keepLines/>
        <w:spacing w:before="0" w:after="100" w:line="360" w:lineRule="auto"/>
        <w:ind w:left="198"/>
      </w:pPr>
      <w:r>
        <w:rPr>
          <w:rFonts w:ascii="Times New Roman" w:hAnsi="Times New Roman" w:eastAsia="Times New Roman"/>
          <w:b w:val="0"/>
          <w:i w:val="0"/>
          <w:color w:val="000000"/>
          <w:sz w:val="24"/>
        </w:rPr>
        <w:t>☐ Übergabeprotokoll und Inventarliste</w:t>
      </w:r>
    </w:p>
    <w:p>
      <w:pPr>
        <w:keepLines/>
        <w:spacing w:before="0" w:after="100" w:line="360" w:lineRule="auto"/>
        <w:ind w:left="198"/>
      </w:pPr>
      <w:r>
        <w:rPr>
          <w:rFonts w:ascii="Times New Roman" w:hAnsi="Times New Roman" w:eastAsia="Times New Roman"/>
          <w:b w:val="0"/>
          <w:i w:val="0"/>
          <w:color w:val="000000"/>
          <w:sz w:val="24"/>
        </w:rPr>
        <w:t>☐ Hausordnung</w:t>
      </w:r>
    </w:p>
    <w:p>
      <w:pPr>
        <w:keepLines/>
        <w:spacing w:before="0" w:after="100" w:line="360" w:lineRule="auto"/>
        <w:ind w:left="198"/>
      </w:pPr>
      <w:r>
        <w:rPr>
          <w:rFonts w:ascii="Times New Roman" w:hAnsi="Times New Roman" w:eastAsia="Times New Roman"/>
          <w:b w:val="0"/>
          <w:i w:val="0"/>
          <w:color w:val="000000"/>
          <w:sz w:val="24"/>
        </w:rPr>
        <w:t>☐ Für den Untermieter maßgebliche Bestimmungen des Hauptmietvertrags</w:t>
      </w:r>
    </w:p>
    <w:p>
      <w:pPr>
        <w:keepLines w:val="0"/>
        <w:spacing w:before="0" w:after="160" w:line="360" w:lineRule="auto"/>
        <w:ind w:left="0"/>
      </w:pPr>
      <w:r>
        <w:rPr>
          <w:rFonts w:ascii="Times New Roman" w:hAnsi="Times New Roman" w:eastAsia="Times New Roman"/>
          <w:b w:val="0"/>
          <w:i w:val="0"/>
          <w:color w:val="000000"/>
          <w:sz w:val="24"/>
        </w:rPr>
        <w:t>Weitere Vereinbarungen: ____________ [Weitere ausdrücklich vereinbarte Regelungen oder „keine“].</w:t>
      </w:r>
    </w:p>
    <w:p>
      <w:pPr>
        <w:keepLines/>
        <w:spacing w:before="240" w:after="320" w:line="360" w:lineRule="auto"/>
        <w:ind w:left="0"/>
      </w:pPr>
      <w:r>
        <w:rPr>
          <w:rFonts w:ascii="Times New Roman" w:hAnsi="Times New Roman" w:eastAsia="Times New Roman"/>
          <w:b w:val="0"/>
          <w:i w:val="0"/>
          <w:color w:val="000000"/>
          <w:sz w:val="24"/>
        </w:rPr>
        <w:t>Ort und Datum: ____________ [Ort und Datum der Unterzeichnung]</w:t>
      </w:r>
    </w:p>
    <w:p>
      <w:pPr>
        <w:keepLines/>
        <w:spacing w:before="0" w:after="40" w:line="360" w:lineRule="auto"/>
        <w:ind w:left="0"/>
      </w:pPr>
      <w:r>
        <w:rPr>
          <w:rFonts w:ascii="Times New Roman" w:hAnsi="Times New Roman" w:eastAsia="Times New Roman"/>
          <w:b w:val="0"/>
          <w:i w:val="0"/>
          <w:color w:val="000000"/>
          <w:sz w:val="24"/>
        </w:rPr>
        <w:t>________________________</w:t>
      </w:r>
    </w:p>
    <w:p>
      <w:pPr>
        <w:keepLines/>
        <w:spacing w:before="0" w:after="240" w:line="360" w:lineRule="auto"/>
        <w:ind w:left="0"/>
      </w:pPr>
      <w:r>
        <w:rPr>
          <w:rFonts w:ascii="Times New Roman" w:hAnsi="Times New Roman" w:eastAsia="Times New Roman"/>
          <w:b w:val="0"/>
          <w:i w:val="0"/>
          <w:color w:val="000000"/>
          <w:sz w:val="24"/>
        </w:rPr>
        <w:t>Unterschrift Untervermieter</w:t>
      </w:r>
    </w:p>
    <w:p>
      <w:pPr>
        <w:keepLines/>
        <w:spacing w:before="0" w:after="40" w:line="360" w:lineRule="auto"/>
        <w:ind w:left="0"/>
      </w:pPr>
      <w:r>
        <w:rPr>
          <w:rFonts w:ascii="Times New Roman" w:hAnsi="Times New Roman" w:eastAsia="Times New Roman"/>
          <w:b w:val="0"/>
          <w:i w:val="0"/>
          <w:color w:val="000000"/>
          <w:sz w:val="24"/>
        </w:rPr>
        <w:t>________________________</w:t>
      </w:r>
    </w:p>
    <w:p>
      <w:pPr>
        <w:keepLines/>
        <w:spacing w:before="0" w:after="360" w:line="360" w:lineRule="auto"/>
        <w:ind w:left="0"/>
      </w:pPr>
      <w:r>
        <w:rPr>
          <w:rFonts w:ascii="Times New Roman" w:hAnsi="Times New Roman" w:eastAsia="Times New Roman"/>
          <w:b w:val="0"/>
          <w:i w:val="0"/>
          <w:color w:val="000000"/>
          <w:sz w:val="24"/>
        </w:rPr>
        <w:t>Unterschrift Untermieter</w:t>
      </w:r>
    </w:p>
    <w:p>
      <w:pPr>
        <w:keepLines w:val="0"/>
        <w:spacing w:before="200" w:after="0" w:line="360" w:lineRule="auto"/>
        <w:ind w:left="0"/>
      </w:pPr>
      <w:r>
        <w:rPr>
          <w:rFonts w:ascii="Times New Roman" w:hAnsi="Times New Roman" w:eastAsia="Times New Roman"/>
          <w:b w:val="0"/>
          <w:i w:val="0"/>
          <w:color w:val="000000"/>
          <w:sz w:val="24"/>
        </w:rPr>
        <w:t>Dieser Mustervertrag dient ausschließlich allgemeinen Informationszwecken und stellt keine Rechtsberatung dar. Für konkrete Einzelfälle und individuelle rechtliche Fragen sollte ein qualifizierter Rechtsanwalt oder eine andere entsprechend befugte Rechtsberatung hinzugezogen werden.</w:t>
      </w:r>
    </w:p>
    <w:sectPr w:rsidR="00FC693F" w:rsidRPr="0006063C" w:rsidSect="00034616">
      <w:footerReference w:type="default" r:id="rId9"/>
      <w:pgSz w:w="11906" w:h="16838"/>
      <w:pgMar w:top="1219" w:right="1049" w:bottom="1106" w:left="1049" w:header="72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904" w:val="center"/>
      </w:tabs>
      <w:spacing w:before="0" w:after="0" w:line="240" w:lineRule="auto"/>
      <w:jc w:val="left"/>
    </w:pPr>
    <w:r>
      <w:drawing>
        <wp:inline xmlns:a="http://schemas.openxmlformats.org/drawingml/2006/main" xmlns:pic="http://schemas.openxmlformats.org/drawingml/2006/picture">
          <wp:extent cx="1325880" cy="147320"/>
          <wp:docPr id="1" name="Picture 1">
            <a:hlinkClick r:id="rId2"/>
          </wp:docPr>
          <wp:cNvGraphicFramePr>
            <a:graphicFrameLocks noChangeAspect="1"/>
          </wp:cNvGraphicFramePr>
          <a:graphic>
            <a:graphicData uri="http://schemas.openxmlformats.org/drawingml/2006/picture">
              <pic:pic>
                <pic:nvPicPr>
                  <pic:cNvPr id="0" name="Logo-templates.jpg">
                    <a:hlinkClick r:id="rId2"/>
                  </pic:cNvPr>
                  <pic:cNvPicPr/>
                </pic:nvPicPr>
                <pic:blipFill>
                  <a:blip r:embed="rId1"/>
                  <a:stretch>
                    <a:fillRect/>
                  </a:stretch>
                </pic:blipFill>
                <pic:spPr>
                  <a:xfrm>
                    <a:off x="0" y="0"/>
                    <a:ext cx="1325880" cy="147320"/>
                  </a:xfrm>
                  <a:prstGeom prst="rect"/>
                </pic:spPr>
              </pic:pic>
            </a:graphicData>
          </a:graphic>
        </wp:inline>
      </w:drawing>
    </w:r>
    <w:r>
      <w:rPr>
        <w:rFonts w:ascii="Times New Roman" w:hAnsi="Times New Roman" w:eastAsia="Times New Roman"/>
        <w:b w:val="0"/>
        <w:i w:val="0"/>
        <w:color w:val="000000"/>
        <w:sz w:val="20"/>
      </w:rPr>
      <w:tab/>
      <w:t xml:space="preserve">Seite </w:t>
    </w:r>
    <w:r>
      <w:rPr>
        <w:rFonts w:ascii="Times New Roman" w:hAnsi="Times New Roman" w:eastAsia="Times New Roman"/>
        <w:b w:val="0"/>
        <w:i w:val="0"/>
        <w:color w:val="000000"/>
        <w:sz w:val="20"/>
      </w:rPr>
      <w:fldChar w:fldCharType="begin"/>
      <w:instrText xml:space="preserve"> PAGE </w:instrText>
      <w:fldChar w:fldCharType="separate"/>
      <w:t>1</w:t>
      <w:fldChar w:fldCharType="end"/>
    </w:r>
    <w:r>
      <w:rPr>
        <w:rFonts w:ascii="Times New Roman" w:hAnsi="Times New Roman" w:eastAsia="Times New Roman"/>
        <w:b w:val="0"/>
        <w:i w:val="0"/>
        <w:color w:val="000000"/>
        <w:sz w:val="20"/>
      </w:rPr>
      <w:t xml:space="preserve"> von </w:t>
    </w:r>
    <w:r>
      <w:rPr>
        <w:rFonts w:ascii="Times New Roman" w:hAnsi="Times New Roman" w:eastAsia="Times New Roman"/>
        <w:b w:val="0"/>
        <w:i w:val="0"/>
        <w:color w:val="000000"/>
        <w:sz w:val="20"/>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60"/>
    </w:pPr>
    <w:rPr>
      <w:rFonts w:ascii="Times New Roman" w:hAnsi="Times New Roman" w:eastAsia="Times New Roma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60" w:line="240" w:lineRule="auto" w:before="0"/>
      <w:contextualSpacing/>
      <w:jc w:val="center"/>
    </w:pPr>
    <w:rPr>
      <w:rFonts w:asciiTheme="majorHAnsi" w:eastAsiaTheme="majorEastAsia" w:hAnsiTheme="majorHAnsi" w:cstheme="majorBidi" w:ascii="Times New Roman" w:hAnsi="Times New Roman" w:eastAsia="Times New Ro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Heading">
    <w:name w:val="Clause Heading"/>
    <w:pPr>
      <w:spacing w:before="240" w:after="120" w:line="240" w:lineRule="auto"/>
    </w:pPr>
    <w:rPr>
      <w:rFonts w:ascii="Times New Roman" w:hAnsi="Times New Roman" w:eastAsia="Times New Roman"/>
      <w:b/>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s://www.lawdistrict.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Untermietvertrag für Wohnung</dc:title>
  <dc:subject>Muster für die vollständige Untervermietung einer Wohnung in Deutschland</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