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rPr>
          <w:rFonts w:ascii="Times New Roman" w:hAnsi="Times New Roman" w:eastAsia="Times New Roman"/>
          <w:b/>
          <w:i w:val="0"/>
          <w:sz w:val="48"/>
        </w:rPr>
        <w:t>CONTRATO DE PRÉSTAMO</w:t>
      </w:r>
    </w:p>
    <w:p>
      <w:pPr>
        <w:pStyle w:val="Heading1"/>
        <w:keepNext/>
      </w:pPr>
      <w:r>
        <w:rPr>
          <w:rFonts w:ascii="Times New Roman" w:hAnsi="Times New Roman" w:eastAsia="Times New Roman"/>
          <w:b/>
          <w:i w:val="0"/>
          <w:sz w:val="28"/>
        </w:rPr>
        <w:t>FECHA DE ENTRADA EN VIGOR</w:t>
      </w:r>
    </w:p>
    <w:p>
      <w:pPr>
        <w:spacing w:before="0" w:after="160"/>
        <w:ind w:left="0" w:firstLine="0"/>
        <w:keepLines/>
      </w:pPr>
      <w:r>
        <w:rPr>
          <w:rFonts w:ascii="Times New Roman" w:hAnsi="Times New Roman" w:eastAsia="Times New Roman"/>
          <w:b w:val="0"/>
          <w:i w:val="0"/>
          <w:sz w:val="24"/>
        </w:rPr>
        <w:t>Este Contrato de Préstamo de Dinero (el “Contrato”) entra en vigor el ____________ [Fecha de entrada en vigor; use mes, día y año].</w:t>
      </w:r>
    </w:p>
    <w:p>
      <w:pPr>
        <w:pStyle w:val="Heading1"/>
        <w:keepNext/>
      </w:pPr>
      <w:r>
        <w:rPr>
          <w:rFonts w:ascii="Times New Roman" w:hAnsi="Times New Roman" w:eastAsia="Times New Roman"/>
          <w:b/>
          <w:i w:val="0"/>
          <w:sz w:val="28"/>
        </w:rPr>
        <w:t>PARTES</w:t>
      </w:r>
    </w:p>
    <w:p>
      <w:pPr>
        <w:spacing w:before="0" w:after="160"/>
        <w:ind w:left="0" w:firstLine="0"/>
        <w:keepLines/>
      </w:pPr>
      <w:r>
        <w:rPr>
          <w:rFonts w:ascii="Times New Roman" w:hAnsi="Times New Roman" w:eastAsia="Times New Roman"/>
          <w:b w:val="0"/>
          <w:i w:val="0"/>
          <w:sz w:val="24"/>
        </w:rPr>
        <w:t>Este Contrato se celebra entre:</w:t>
      </w:r>
    </w:p>
    <w:p>
      <w:pPr>
        <w:spacing w:before="0" w:after="160"/>
        <w:ind w:left="432" w:firstLine="0"/>
        <w:keepLines/>
      </w:pPr>
      <w:r>
        <w:rPr>
          <w:rFonts w:ascii="Times New Roman" w:hAnsi="Times New Roman" w:eastAsia="Times New Roman"/>
          <w:b w:val="0"/>
          <w:i w:val="0"/>
          <w:sz w:val="24"/>
        </w:rPr>
        <w:t>____________ [Nombre legal completo del Prestamista], con domicilio postal en ____________ [Dirección postal completa del Prestamista] (el “Prestamista”); y</w:t>
      </w:r>
    </w:p>
    <w:p>
      <w:pPr>
        <w:spacing w:before="0" w:after="160"/>
        <w:ind w:left="432" w:firstLine="0"/>
        <w:keepLines/>
      </w:pPr>
      <w:r>
        <w:rPr>
          <w:rFonts w:ascii="Times New Roman" w:hAnsi="Times New Roman" w:eastAsia="Times New Roman"/>
          <w:b w:val="0"/>
          <w:i w:val="0"/>
          <w:sz w:val="24"/>
        </w:rPr>
        <w:t>____________ [Nombre legal completo del Prestatario], con domicilio postal en ____________ [Dirección postal completa del Prestatario] (el “Prestatario”).</w:t>
      </w:r>
    </w:p>
    <w:p>
      <w:pPr>
        <w:spacing w:before="0" w:after="160"/>
        <w:ind w:left="0" w:firstLine="0"/>
        <w:keepLines/>
      </w:pPr>
      <w:r>
        <w:rPr>
          <w:rFonts w:ascii="Times New Roman" w:hAnsi="Times New Roman" w:eastAsia="Times New Roman"/>
          <w:b w:val="0"/>
          <w:i w:val="0"/>
          <w:sz w:val="24"/>
        </w:rPr>
        <w:t>El Prestamista y el Prestatario podrán denominarse conjuntamente las “Partes”.</w:t>
      </w:r>
    </w:p>
    <w:p>
      <w:pPr>
        <w:pStyle w:val="Heading1"/>
        <w:keepNext/>
      </w:pPr>
      <w:r>
        <w:rPr>
          <w:rFonts w:ascii="Times New Roman" w:hAnsi="Times New Roman" w:eastAsia="Times New Roman"/>
          <w:b/>
          <w:i w:val="0"/>
          <w:sz w:val="28"/>
        </w:rPr>
        <w:t>1. MONTO Y ENTREGA DEL PRÉSTAMO</w:t>
      </w:r>
    </w:p>
    <w:p>
      <w:pPr>
        <w:spacing w:before="0" w:after="160"/>
        <w:ind w:left="0" w:firstLine="0"/>
        <w:keepLines/>
      </w:pPr>
      <w:r>
        <w:rPr>
          <w:rFonts w:ascii="Times New Roman" w:hAnsi="Times New Roman" w:eastAsia="Times New Roman"/>
          <w:b w:val="0"/>
          <w:i w:val="0"/>
          <w:sz w:val="24"/>
        </w:rPr>
        <w:t>El Prestamista presta al Prestatario la suma principal de ____________ [Monto del préstamo en palabras] dólares de los Estados Unidos (US$ ____________ [Monto del préstamo en números]) (el “Préstamo”).</w:t>
      </w:r>
    </w:p>
    <w:p>
      <w:pPr>
        <w:spacing w:before="0" w:after="160"/>
        <w:ind w:left="0" w:firstLine="0"/>
        <w:keepLines/>
      </w:pPr>
      <w:r>
        <w:rPr>
          <w:rFonts w:ascii="Times New Roman" w:hAnsi="Times New Roman" w:eastAsia="Times New Roman"/>
          <w:b w:val="0"/>
          <w:i w:val="0"/>
          <w:sz w:val="24"/>
        </w:rPr>
        <w:t>El Préstamo se entregará al Prestatario el ____________ [Fecha de entrega de los fondos] mediante ____________ [Método de entrega de los fondos]. El Prestatario reconoce la recepción de los fondos una vez que se complete dicha entrega.</w:t>
      </w:r>
    </w:p>
    <w:p>
      <w:pPr>
        <w:pStyle w:val="Heading1"/>
        <w:keepNext/>
      </w:pPr>
      <w:r>
        <w:rPr>
          <w:rFonts w:ascii="Times New Roman" w:hAnsi="Times New Roman" w:eastAsia="Times New Roman"/>
          <w:b/>
          <w:i w:val="0"/>
          <w:sz w:val="28"/>
        </w:rPr>
        <w:t>2. PROMESA DE PAGO</w:t>
      </w:r>
    </w:p>
    <w:p>
      <w:pPr>
        <w:spacing w:before="0" w:after="160"/>
        <w:ind w:left="0" w:firstLine="0"/>
        <w:keepLines/>
      </w:pPr>
      <w:r>
        <w:rPr>
          <w:rFonts w:ascii="Times New Roman" w:hAnsi="Times New Roman" w:eastAsia="Times New Roman"/>
          <w:b w:val="0"/>
          <w:i w:val="0"/>
          <w:sz w:val="24"/>
        </w:rPr>
        <w:t>El Prestatario se obliga a pagar al Prestamista el principal pendiente, los intereses que correspondan y los cargos permitidos conforme a este Contrato y a la ley aplicable.</w:t>
      </w:r>
    </w:p>
    <w:p>
      <w:pPr>
        <w:pStyle w:val="Heading1"/>
        <w:keepNext/>
      </w:pPr>
      <w:r>
        <w:rPr>
          <w:rFonts w:ascii="Times New Roman" w:hAnsi="Times New Roman" w:eastAsia="Times New Roman"/>
          <w:b/>
          <w:i w:val="0"/>
          <w:sz w:val="28"/>
        </w:rPr>
        <w:t>3. INTERESES</w:t>
      </w:r>
    </w:p>
    <w:p>
      <w:pPr>
        <w:spacing w:before="0" w:after="160"/>
        <w:ind w:left="0" w:firstLine="0"/>
        <w:keepLines/>
      </w:pPr>
      <w:r>
        <w:rPr>
          <w:rFonts w:ascii="Times New Roman" w:hAnsi="Times New Roman" w:eastAsia="Times New Roman"/>
          <w:b w:val="0"/>
          <w:i w:val="0"/>
          <w:sz w:val="24"/>
        </w:rPr>
        <w:t>Marque una opción:</w:t>
      </w:r>
    </w:p>
    <w:p>
      <w:pPr>
        <w:pStyle w:val="Option"/>
        <w:spacing w:after="60"/>
        <w:ind w:left="432"/>
      </w:pPr>
      <w:r>
        <w:rPr>
          <w:rFonts w:ascii="Times New Roman" w:hAnsi="Times New Roman" w:eastAsia="Times New Roman"/>
          <w:b w:val="0"/>
          <w:i w:val="0"/>
          <w:sz w:val="24"/>
        </w:rPr>
        <w:t>☐ El Préstamo no devengará intereses.</w:t>
      </w:r>
    </w:p>
    <w:p>
      <w:pPr>
        <w:pStyle w:val="Option"/>
        <w:spacing w:after="60"/>
        <w:ind w:left="432"/>
      </w:pPr>
      <w:r>
        <w:rPr>
          <w:rFonts w:ascii="Times New Roman" w:hAnsi="Times New Roman" w:eastAsia="Times New Roman"/>
          <w:b w:val="0"/>
          <w:i w:val="0"/>
          <w:sz w:val="24"/>
        </w:rPr>
        <w:t>☐ El Préstamo devengará intereses simples a una tasa anual fija de ____________ [Porcentaje anual de interés]%. En ningún caso se cobrarán intereses por encima del máximo permitido por la ley aplicable.</w:t>
      </w:r>
    </w:p>
    <w:p>
      <w:pPr>
        <w:pStyle w:val="Heading1"/>
        <w:keepNext/>
      </w:pPr>
      <w:r>
        <w:rPr>
          <w:rFonts w:ascii="Times New Roman" w:hAnsi="Times New Roman" w:eastAsia="Times New Roman"/>
          <w:b/>
          <w:i w:val="0"/>
          <w:sz w:val="28"/>
        </w:rPr>
        <w:t>4. FORMA DE PAGO</w:t>
      </w:r>
    </w:p>
    <w:p>
      <w:pPr>
        <w:spacing w:before="0" w:after="160"/>
        <w:ind w:left="0" w:firstLine="0"/>
        <w:keepLines/>
      </w:pPr>
      <w:r>
        <w:rPr>
          <w:rFonts w:ascii="Times New Roman" w:hAnsi="Times New Roman" w:eastAsia="Times New Roman"/>
          <w:b w:val="0"/>
          <w:i w:val="0"/>
          <w:sz w:val="24"/>
        </w:rPr>
        <w:t>Marque una opción:</w:t>
      </w:r>
    </w:p>
    <w:p>
      <w:pPr>
        <w:pStyle w:val="Option"/>
        <w:spacing w:after="60"/>
        <w:ind w:left="432"/>
      </w:pPr>
      <w:r>
        <w:rPr>
          <w:rFonts w:ascii="Times New Roman" w:hAnsi="Times New Roman" w:eastAsia="Times New Roman"/>
          <w:b w:val="0"/>
          <w:i w:val="0"/>
          <w:sz w:val="24"/>
        </w:rPr>
        <w:t>☐ Pago único. El principal y los intereses devengados vencerán el ____________ [Fecha del pago único].</w:t>
      </w:r>
    </w:p>
    <w:p>
      <w:pPr>
        <w:pStyle w:val="Option"/>
        <w:spacing w:after="60"/>
        <w:ind w:left="432"/>
      </w:pPr>
      <w:r>
        <w:rPr>
          <w:rFonts w:ascii="Times New Roman" w:hAnsi="Times New Roman" w:eastAsia="Times New Roman"/>
          <w:b w:val="0"/>
          <w:i w:val="0"/>
          <w:sz w:val="24"/>
        </w:rPr>
        <w:t>☐ Pagos semanales de US$ ____________ [Monto de cada pago semanal], comenzando el ____________ [Fecha del primer pago semanal] y continuando cada siete días hasta el pago total.</w:t>
      </w:r>
    </w:p>
    <w:p>
      <w:pPr>
        <w:pStyle w:val="Option"/>
        <w:spacing w:after="60"/>
        <w:ind w:left="432"/>
      </w:pPr>
      <w:r>
        <w:rPr>
          <w:rFonts w:ascii="Times New Roman" w:hAnsi="Times New Roman" w:eastAsia="Times New Roman"/>
          <w:b w:val="0"/>
          <w:i w:val="0"/>
          <w:sz w:val="24"/>
        </w:rPr>
        <w:t>☐ Pagos mensuales de US$ ____________ [Monto de cada pago mensual], comenzando el ____________ [Fecha del primer pago mensual] y continuando el mismo día de cada mes hasta el pago total.</w:t>
      </w:r>
    </w:p>
    <w:p>
      <w:pPr>
        <w:pStyle w:val="Option"/>
        <w:spacing w:after="60"/>
        <w:ind w:left="432"/>
      </w:pPr>
      <w:r>
        <w:rPr>
          <w:rFonts w:ascii="Times New Roman" w:hAnsi="Times New Roman" w:eastAsia="Times New Roman"/>
          <w:b w:val="0"/>
          <w:i w:val="0"/>
          <w:sz w:val="24"/>
        </w:rPr>
        <w:t>☐ Otro plan: ____________ [Describa el monto, la frecuencia y las fechas de pago].</w:t>
      </w:r>
    </w:p>
    <w:p>
      <w:pPr>
        <w:spacing w:before="0" w:after="160"/>
        <w:ind w:left="0" w:firstLine="0"/>
        <w:keepLines/>
      </w:pPr>
      <w:r>
        <w:rPr>
          <w:rFonts w:ascii="Times New Roman" w:hAnsi="Times New Roman" w:eastAsia="Times New Roman"/>
          <w:b w:val="0"/>
          <w:i w:val="0"/>
          <w:sz w:val="24"/>
        </w:rPr>
        <w:t>Los pagos se efectuarán mediante ____________ [Método y lugar o cuenta para realizar los pagos]. Salvo que la ley aplicable disponga otra cosa, cada pago se aplicará primero a cargos permitidos, luego a intereses devengados y finalmente al principal.</w:t>
      </w:r>
    </w:p>
    <w:p>
      <w:pPr>
        <w:pStyle w:val="Heading1"/>
        <w:keepNext/>
      </w:pPr>
      <w:r>
        <w:rPr>
          <w:rFonts w:ascii="Times New Roman" w:hAnsi="Times New Roman" w:eastAsia="Times New Roman"/>
          <w:b/>
          <w:i w:val="0"/>
          <w:sz w:val="28"/>
        </w:rPr>
        <w:t>5. PAGO ANTICIPADO</w:t>
      </w:r>
    </w:p>
    <w:p>
      <w:pPr>
        <w:spacing w:before="0" w:after="160"/>
        <w:ind w:left="0" w:firstLine="0"/>
        <w:keepLines/>
      </w:pPr>
      <w:r>
        <w:rPr>
          <w:rFonts w:ascii="Times New Roman" w:hAnsi="Times New Roman" w:eastAsia="Times New Roman"/>
          <w:b w:val="0"/>
          <w:i w:val="0"/>
          <w:sz w:val="24"/>
        </w:rPr>
        <w:t>El Prestatario podrá pagar anticipadamente todo o parte del saldo sin penalización. Todo pago anticipado se aplicará al saldo pendiente conforme al orden indicado en este Contrato.</w:t>
      </w:r>
    </w:p>
    <w:p>
      <w:pPr>
        <w:pStyle w:val="Heading1"/>
        <w:keepNext/>
      </w:pPr>
      <w:r>
        <w:rPr>
          <w:rFonts w:ascii="Times New Roman" w:hAnsi="Times New Roman" w:eastAsia="Times New Roman"/>
          <w:b/>
          <w:i w:val="0"/>
          <w:sz w:val="28"/>
        </w:rPr>
        <w:t>6. CARGOS POR MORA</w:t>
      </w:r>
    </w:p>
    <w:p>
      <w:pPr>
        <w:spacing w:before="0" w:after="160"/>
        <w:ind w:left="0" w:firstLine="0"/>
        <w:keepLines/>
      </w:pPr>
      <w:r>
        <w:rPr>
          <w:rFonts w:ascii="Times New Roman" w:hAnsi="Times New Roman" w:eastAsia="Times New Roman"/>
          <w:b w:val="0"/>
          <w:i w:val="0"/>
          <w:sz w:val="24"/>
        </w:rPr>
        <w:t>Marque una opción:</w:t>
      </w:r>
    </w:p>
    <w:p>
      <w:pPr>
        <w:pStyle w:val="Option"/>
        <w:spacing w:after="60"/>
        <w:ind w:left="432"/>
      </w:pPr>
      <w:r>
        <w:rPr>
          <w:rFonts w:ascii="Times New Roman" w:hAnsi="Times New Roman" w:eastAsia="Times New Roman"/>
          <w:b w:val="0"/>
          <w:i w:val="0"/>
          <w:sz w:val="24"/>
        </w:rPr>
        <w:t>☐ No se cobrará cargo por mora.</w:t>
      </w:r>
    </w:p>
    <w:p>
      <w:pPr>
        <w:pStyle w:val="Option"/>
        <w:spacing w:after="60"/>
        <w:ind w:left="432"/>
      </w:pPr>
      <w:r>
        <w:rPr>
          <w:rFonts w:ascii="Times New Roman" w:hAnsi="Times New Roman" w:eastAsia="Times New Roman"/>
          <w:b w:val="0"/>
          <w:i w:val="0"/>
          <w:sz w:val="24"/>
        </w:rPr>
        <w:t>☐ Si un pago permanece impago durante ____________ [Número de días del período de gracia] días después de su vencimiento, el Prestatario pagará un cargo por mora de ____________ [Monto fijo o porcentaje del pago vencido]. El cargo no excederá el máximo permitido por la ley aplicable.</w:t>
      </w:r>
    </w:p>
    <w:p>
      <w:pPr>
        <w:pStyle w:val="Heading1"/>
        <w:keepNext/>
      </w:pPr>
      <w:r>
        <w:rPr>
          <w:rFonts w:ascii="Times New Roman" w:hAnsi="Times New Roman" w:eastAsia="Times New Roman"/>
          <w:b/>
          <w:i w:val="0"/>
          <w:sz w:val="28"/>
        </w:rPr>
        <w:t>7. GARANTÍA</w:t>
      </w:r>
    </w:p>
    <w:p>
      <w:pPr>
        <w:spacing w:before="0" w:after="160"/>
        <w:ind w:left="0" w:firstLine="0"/>
        <w:keepLines/>
      </w:pPr>
      <w:r>
        <w:rPr>
          <w:rFonts w:ascii="Times New Roman" w:hAnsi="Times New Roman" w:eastAsia="Times New Roman"/>
          <w:b w:val="0"/>
          <w:i w:val="0"/>
          <w:sz w:val="24"/>
        </w:rPr>
        <w:t>Marque una opción:</w:t>
      </w:r>
    </w:p>
    <w:p>
      <w:pPr>
        <w:pStyle w:val="Option"/>
        <w:spacing w:after="60"/>
        <w:ind w:left="432"/>
      </w:pPr>
      <w:r>
        <w:rPr>
          <w:rFonts w:ascii="Times New Roman" w:hAnsi="Times New Roman" w:eastAsia="Times New Roman"/>
          <w:b w:val="0"/>
          <w:i w:val="0"/>
          <w:sz w:val="24"/>
        </w:rPr>
        <w:t>☐ El Préstamo no está garantizado por bienes.</w:t>
      </w:r>
    </w:p>
    <w:p>
      <w:pPr>
        <w:pStyle w:val="Option"/>
        <w:spacing w:after="60"/>
        <w:ind w:left="432"/>
      </w:pPr>
      <w:r>
        <w:rPr>
          <w:rFonts w:ascii="Times New Roman" w:hAnsi="Times New Roman" w:eastAsia="Times New Roman"/>
          <w:b w:val="0"/>
          <w:i w:val="0"/>
          <w:sz w:val="24"/>
        </w:rPr>
        <w:t>☐ El Préstamo está garantizado por los siguientes bienes del Prestatario: ____________ [Describa con precisión los bienes dados en garantía]. El Prestatario otorga al Prestamista un derecho de garantía sobre dichos bienes y se obliga a firmar los documentos razonablemente necesarios para hacerlo efectivo conforme a la ley aplicable.</w:t>
      </w:r>
    </w:p>
    <w:p>
      <w:pPr>
        <w:pStyle w:val="Heading1"/>
        <w:keepNext/>
      </w:pPr>
      <w:r>
        <w:rPr>
          <w:rFonts w:ascii="Times New Roman" w:hAnsi="Times New Roman" w:eastAsia="Times New Roman"/>
          <w:b/>
          <w:i w:val="0"/>
          <w:sz w:val="28"/>
        </w:rPr>
        <w:t>8. GARANTE</w:t>
      </w:r>
    </w:p>
    <w:p>
      <w:pPr>
        <w:spacing w:before="0" w:after="160"/>
        <w:ind w:left="0" w:firstLine="0"/>
        <w:keepLines/>
      </w:pPr>
      <w:r>
        <w:rPr>
          <w:rFonts w:ascii="Times New Roman" w:hAnsi="Times New Roman" w:eastAsia="Times New Roman"/>
          <w:b w:val="0"/>
          <w:i w:val="0"/>
          <w:sz w:val="24"/>
        </w:rPr>
        <w:t>Marque una opción:</w:t>
      </w:r>
    </w:p>
    <w:p>
      <w:pPr>
        <w:pStyle w:val="Option"/>
        <w:spacing w:after="60"/>
        <w:ind w:left="432"/>
      </w:pPr>
      <w:r>
        <w:rPr>
          <w:rFonts w:ascii="Times New Roman" w:hAnsi="Times New Roman" w:eastAsia="Times New Roman"/>
          <w:b w:val="0"/>
          <w:i w:val="0"/>
          <w:sz w:val="24"/>
        </w:rPr>
        <w:t>☐ No existe garante de este Préstamo.</w:t>
      </w:r>
    </w:p>
    <w:p>
      <w:pPr>
        <w:pStyle w:val="Option"/>
        <w:spacing w:after="60"/>
        <w:ind w:left="432"/>
      </w:pPr>
      <w:r>
        <w:rPr>
          <w:rFonts w:ascii="Times New Roman" w:hAnsi="Times New Roman" w:eastAsia="Times New Roman"/>
          <w:b w:val="0"/>
          <w:i w:val="0"/>
          <w:sz w:val="24"/>
        </w:rPr>
        <w:t>☐ ____________ [Nombre legal completo del Garante], con domicilio postal en ____________ [Dirección postal completa del Garante], garantiza el pago y cumplimiento de las obligaciones del Prestatario y firma este Contrato como Garante.</w:t>
      </w:r>
    </w:p>
    <w:p>
      <w:pPr>
        <w:pStyle w:val="Heading1"/>
        <w:keepNext/>
      </w:pPr>
      <w:r>
        <w:rPr>
          <w:rFonts w:ascii="Times New Roman" w:hAnsi="Times New Roman" w:eastAsia="Times New Roman"/>
          <w:b/>
          <w:i w:val="0"/>
          <w:sz w:val="28"/>
        </w:rPr>
        <w:t>9. INCUMPLIMIENTO Y VENCIMIENTO ANTICIPADO</w:t>
      </w:r>
    </w:p>
    <w:p>
      <w:pPr>
        <w:spacing w:before="0" w:after="160"/>
        <w:ind w:left="0" w:firstLine="0"/>
        <w:keepLines/>
      </w:pPr>
      <w:r>
        <w:rPr>
          <w:rFonts w:ascii="Times New Roman" w:hAnsi="Times New Roman" w:eastAsia="Times New Roman"/>
          <w:b w:val="0"/>
          <w:i w:val="0"/>
          <w:sz w:val="24"/>
        </w:rPr>
        <w:t>Constituirá incumplimiento: (a) la falta de pago de cualquier suma a su vencimiento; (b) una declaración materialmente falsa del Prestatario en este Contrato; o (c) el incumplimiento de cualquier otra obligación material que no sea subsanado dentro de ____________ [Número de días para subsanar] días después de recibir aviso escrito del Prestamista, cuando el incumplimiento pueda subsanarse.</w:t>
      </w:r>
    </w:p>
    <w:p>
      <w:pPr>
        <w:spacing w:before="0" w:after="160"/>
        <w:ind w:left="0" w:firstLine="0"/>
        <w:keepLines/>
      </w:pPr>
      <w:r>
        <w:rPr>
          <w:rFonts w:ascii="Times New Roman" w:hAnsi="Times New Roman" w:eastAsia="Times New Roman"/>
          <w:b w:val="0"/>
          <w:i w:val="0"/>
          <w:sz w:val="24"/>
        </w:rPr>
        <w:t>Después de un incumplimiento y de cualquier aviso u oportunidad de subsanación exigidos por la ley aplicable, el Prestamista podrá declarar inmediatamente vencido el saldo pendiente y ejercer los demás recursos permitidos por dicha ley.</w:t>
      </w:r>
    </w:p>
    <w:p>
      <w:pPr>
        <w:pStyle w:val="Heading1"/>
        <w:keepNext/>
      </w:pPr>
      <w:r>
        <w:rPr>
          <w:rFonts w:ascii="Times New Roman" w:hAnsi="Times New Roman" w:eastAsia="Times New Roman"/>
          <w:b/>
          <w:i w:val="0"/>
          <w:sz w:val="28"/>
        </w:rPr>
        <w:t>10. GASTOS DE COBRO</w:t>
      </w:r>
    </w:p>
    <w:p>
      <w:pPr>
        <w:spacing w:before="0" w:after="160"/>
        <w:ind w:left="0" w:firstLine="0"/>
        <w:keepLines/>
      </w:pPr>
      <w:r>
        <w:rPr>
          <w:rFonts w:ascii="Times New Roman" w:hAnsi="Times New Roman" w:eastAsia="Times New Roman"/>
          <w:b w:val="0"/>
          <w:i w:val="0"/>
          <w:sz w:val="24"/>
        </w:rPr>
        <w:t>En caso de incumplimiento, el Prestatario pagará los gastos razonables de cobro y los honorarios razonables de abogados del Prestamista únicamente en la medida permitida por la ley aplicable.</w:t>
      </w:r>
    </w:p>
    <w:p>
      <w:pPr>
        <w:pStyle w:val="Heading1"/>
        <w:keepNext/>
      </w:pPr>
      <w:r>
        <w:rPr>
          <w:rFonts w:ascii="Times New Roman" w:hAnsi="Times New Roman" w:eastAsia="Times New Roman"/>
          <w:b/>
          <w:i w:val="0"/>
          <w:sz w:val="28"/>
        </w:rPr>
        <w:t>11. AVISOS</w:t>
      </w:r>
    </w:p>
    <w:p>
      <w:pPr>
        <w:spacing w:before="0" w:after="160"/>
        <w:ind w:left="0" w:firstLine="0"/>
        <w:keepLines/>
      </w:pPr>
      <w:r>
        <w:rPr>
          <w:rFonts w:ascii="Times New Roman" w:hAnsi="Times New Roman" w:eastAsia="Times New Roman"/>
          <w:b w:val="0"/>
          <w:i w:val="0"/>
          <w:sz w:val="24"/>
        </w:rPr>
        <w:t>Todo aviso relacionado con este Contrato se hará por escrito y se entregará personalmente, por correo con seguimiento o por correo electrónico a las siguientes direcciones:</w:t>
      </w:r>
    </w:p>
    <w:p>
      <w:pPr>
        <w:spacing w:before="0" w:after="160"/>
        <w:ind w:left="432" w:firstLine="0"/>
        <w:keepLines/>
      </w:pPr>
      <w:r>
        <w:rPr>
          <w:rFonts w:ascii="Times New Roman" w:hAnsi="Times New Roman" w:eastAsia="Times New Roman"/>
          <w:b w:val="0"/>
          <w:i w:val="0"/>
          <w:sz w:val="24"/>
        </w:rPr>
        <w:t>Prestamista: ____________ [Dirección postal y correo electrónico para avisos del Prestamista].</w:t>
      </w:r>
    </w:p>
    <w:p>
      <w:pPr>
        <w:spacing w:before="0" w:after="160"/>
        <w:ind w:left="432" w:firstLine="0"/>
        <w:keepLines/>
      </w:pPr>
      <w:r>
        <w:rPr>
          <w:rFonts w:ascii="Times New Roman" w:hAnsi="Times New Roman" w:eastAsia="Times New Roman"/>
          <w:b w:val="0"/>
          <w:i w:val="0"/>
          <w:sz w:val="24"/>
        </w:rPr>
        <w:t>Prestatario: ____________ [Dirección postal y correo electrónico para avisos del Prestatario].</w:t>
      </w:r>
    </w:p>
    <w:p>
      <w:pPr>
        <w:spacing w:before="0" w:after="160"/>
        <w:ind w:left="432" w:firstLine="0"/>
        <w:keepLines/>
      </w:pPr>
      <w:r>
        <w:rPr>
          <w:rFonts w:ascii="Times New Roman" w:hAnsi="Times New Roman" w:eastAsia="Times New Roman"/>
          <w:b w:val="0"/>
          <w:i w:val="0"/>
          <w:sz w:val="24"/>
        </w:rPr>
        <w:t>Garante, si corresponde: ____________ [Dirección postal y correo electrónico para avisos del Garante].</w:t>
      </w:r>
    </w:p>
    <w:p>
      <w:pPr>
        <w:pStyle w:val="Heading1"/>
        <w:keepNext/>
      </w:pPr>
      <w:r>
        <w:rPr>
          <w:rFonts w:ascii="Times New Roman" w:hAnsi="Times New Roman" w:eastAsia="Times New Roman"/>
          <w:b/>
          <w:i w:val="0"/>
          <w:sz w:val="28"/>
        </w:rPr>
        <w:t>12. CESIÓN</w:t>
      </w:r>
    </w:p>
    <w:p>
      <w:pPr>
        <w:spacing w:before="0" w:after="160"/>
        <w:ind w:left="0" w:firstLine="0"/>
        <w:keepLines/>
      </w:pPr>
      <w:r>
        <w:rPr>
          <w:rFonts w:ascii="Times New Roman" w:hAnsi="Times New Roman" w:eastAsia="Times New Roman"/>
          <w:b w:val="0"/>
          <w:i w:val="0"/>
          <w:sz w:val="24"/>
        </w:rPr>
        <w:t>El Prestatario no podrá ceder sus derechos u obligaciones sin el consentimiento previo y escrito del Prestamista. El Prestamista podrá ceder sus derechos en la medida permitida por la ley aplicable. Este Contrato obligará y beneficiará a las Partes y a sus sucesores y cesionarios permitidos.</w:t>
      </w:r>
    </w:p>
    <w:p>
      <w:pPr>
        <w:pStyle w:val="Heading1"/>
        <w:keepNext/>
      </w:pPr>
      <w:r>
        <w:rPr>
          <w:rFonts w:ascii="Times New Roman" w:hAnsi="Times New Roman" w:eastAsia="Times New Roman"/>
          <w:b/>
          <w:i w:val="0"/>
          <w:sz w:val="28"/>
        </w:rPr>
        <w:t>13. RENUNCIA</w:t>
      </w:r>
    </w:p>
    <w:p>
      <w:pPr>
        <w:spacing w:before="0" w:after="160"/>
        <w:ind w:left="0" w:firstLine="0"/>
        <w:keepLines/>
      </w:pPr>
      <w:r>
        <w:rPr>
          <w:rFonts w:ascii="Times New Roman" w:hAnsi="Times New Roman" w:eastAsia="Times New Roman"/>
          <w:b w:val="0"/>
          <w:i w:val="0"/>
          <w:sz w:val="24"/>
        </w:rPr>
        <w:t>La demora o falta de ejercicio de un derecho no constituirá renuncia. Toda renuncia deberá constar por escrito y se limitará al asunto expresamente indicado.</w:t>
      </w:r>
    </w:p>
    <w:p>
      <w:pPr>
        <w:pStyle w:val="Heading1"/>
        <w:keepNext/>
      </w:pPr>
      <w:r>
        <w:rPr>
          <w:rFonts w:ascii="Times New Roman" w:hAnsi="Times New Roman" w:eastAsia="Times New Roman"/>
          <w:b/>
          <w:i w:val="0"/>
          <w:sz w:val="28"/>
        </w:rPr>
        <w:t>14. LEY APLICABLE</w:t>
      </w:r>
    </w:p>
    <w:p>
      <w:pPr>
        <w:spacing w:before="0" w:after="160"/>
        <w:ind w:left="0" w:firstLine="0"/>
        <w:keepLines/>
      </w:pPr>
      <w:r>
        <w:rPr>
          <w:rFonts w:ascii="Times New Roman" w:hAnsi="Times New Roman" w:eastAsia="Times New Roman"/>
          <w:b w:val="0"/>
          <w:i w:val="0"/>
          <w:sz w:val="24"/>
        </w:rPr>
        <w:t>Este Contrato se regirá e interpretará conforme a las leyes del Estado de ____________ [Estado cuya ley regirá el Contrato], sin perjuicio de las normas imperativas que resulten aplicables.</w:t>
      </w:r>
    </w:p>
    <w:p>
      <w:pPr>
        <w:pStyle w:val="Heading1"/>
        <w:keepNext/>
      </w:pPr>
      <w:r>
        <w:rPr>
          <w:rFonts w:ascii="Times New Roman" w:hAnsi="Times New Roman" w:eastAsia="Times New Roman"/>
          <w:b/>
          <w:i w:val="0"/>
          <w:sz w:val="28"/>
        </w:rPr>
        <w:t>15. ACUERDO COMPLETO Y MODIFICACIONES</w:t>
      </w:r>
    </w:p>
    <w:p>
      <w:pPr>
        <w:spacing w:before="0" w:after="160"/>
        <w:ind w:left="0" w:firstLine="0"/>
        <w:keepLines/>
      </w:pPr>
      <w:r>
        <w:rPr>
          <w:rFonts w:ascii="Times New Roman" w:hAnsi="Times New Roman" w:eastAsia="Times New Roman"/>
          <w:b w:val="0"/>
          <w:i w:val="0"/>
          <w:sz w:val="24"/>
        </w:rPr>
        <w:t>Este Contrato contiene el acuerdo completo de las Partes respecto del Préstamo y sustituye cualquier acuerdo previo sobre el mismo asunto. Toda modificación deberá constar por escrito y estar firmada por las Partes afectadas.</w:t>
      </w:r>
    </w:p>
    <w:p>
      <w:pPr>
        <w:pStyle w:val="Heading1"/>
        <w:keepNext/>
      </w:pPr>
      <w:r>
        <w:rPr>
          <w:rFonts w:ascii="Times New Roman" w:hAnsi="Times New Roman" w:eastAsia="Times New Roman"/>
          <w:b/>
          <w:i w:val="0"/>
          <w:sz w:val="28"/>
        </w:rPr>
        <w:t>16. DIVISIBILIDAD Y EJEMPLARES</w:t>
      </w:r>
    </w:p>
    <w:p>
      <w:pPr>
        <w:spacing w:before="0" w:after="160"/>
        <w:ind w:left="0" w:firstLine="0"/>
        <w:keepLines/>
      </w:pPr>
      <w:r>
        <w:rPr>
          <w:rFonts w:ascii="Times New Roman" w:hAnsi="Times New Roman" w:eastAsia="Times New Roman"/>
          <w:b w:val="0"/>
          <w:i w:val="0"/>
          <w:sz w:val="24"/>
        </w:rPr>
        <w:t>Si alguna disposición resulta inaplicable, las demás continuarán vigentes en la máxima medida permitida. Este Contrato podrá firmarse en ejemplares y mediante firmas electrónicas, cuando sean válidas conforme a la ley aplicable; todos los ejemplares formarán un solo instrumento.</w:t>
      </w:r>
    </w:p>
    <w:p>
      <w:pPr>
        <w:pStyle w:val="Heading1"/>
        <w:keepNext/>
      </w:pPr>
      <w:r>
        <w:rPr>
          <w:rFonts w:ascii="Times New Roman" w:hAnsi="Times New Roman" w:eastAsia="Times New Roman"/>
          <w:b/>
          <w:i w:val="0"/>
          <w:sz w:val="28"/>
        </w:rPr>
        <w:t>FIRMAS</w:t>
      </w:r>
    </w:p>
    <w:p>
      <w:pPr>
        <w:spacing w:before="0" w:after="160"/>
        <w:ind w:left="0" w:firstLine="0"/>
        <w:keepLines/>
      </w:pPr>
      <w:r>
        <w:rPr>
          <w:rFonts w:ascii="Times New Roman" w:hAnsi="Times New Roman" w:eastAsia="Times New Roman"/>
          <w:b w:val="0"/>
          <w:i w:val="0"/>
          <w:sz w:val="24"/>
        </w:rPr>
        <w:t>Las Partes firman este Contrato en la fecha indicada a continuación.</w:t>
      </w:r>
    </w:p>
    <w:p>
      <w:pPr>
        <w:pStyle w:val="Signature"/>
      </w:pPr>
      <w:r>
        <w:rPr>
          <w:rFonts w:ascii="Times New Roman" w:hAnsi="Times New Roman" w:eastAsia="Times New Roman"/>
          <w:b w:val="0"/>
          <w:i w:val="0"/>
          <w:sz w:val="24"/>
        </w:rPr>
        <w:t>_____________________________ [Firma del Prestamista]</w:t>
      </w:r>
    </w:p>
    <w:p>
      <w:pPr>
        <w:spacing w:before="0" w:after="60"/>
        <w:ind w:left="0" w:firstLine="0"/>
        <w:keepLines/>
      </w:pPr>
      <w:r>
        <w:rPr>
          <w:rFonts w:ascii="Times New Roman" w:hAnsi="Times New Roman" w:eastAsia="Times New Roman"/>
          <w:b w:val="0"/>
          <w:i w:val="0"/>
          <w:sz w:val="24"/>
        </w:rPr>
        <w:t>____________ [Nombre legal completo del Prestamista]</w:t>
      </w:r>
    </w:p>
    <w:p>
      <w:pPr>
        <w:spacing w:before="0" w:after="240"/>
        <w:ind w:left="0" w:firstLine="0"/>
        <w:keepLines/>
      </w:pPr>
      <w:r>
        <w:rPr>
          <w:rFonts w:ascii="Times New Roman" w:hAnsi="Times New Roman" w:eastAsia="Times New Roman"/>
          <w:b w:val="0"/>
          <w:i w:val="0"/>
          <w:sz w:val="24"/>
        </w:rPr>
        <w:t>____________ [Fecha de firma del Prestamista]</w:t>
      </w:r>
    </w:p>
    <w:p>
      <w:pPr>
        <w:pStyle w:val="Signature"/>
      </w:pPr>
      <w:r>
        <w:rPr>
          <w:rFonts w:ascii="Times New Roman" w:hAnsi="Times New Roman" w:eastAsia="Times New Roman"/>
          <w:b w:val="0"/>
          <w:i w:val="0"/>
          <w:sz w:val="24"/>
        </w:rPr>
        <w:t>_____________________________ [Firma del Prestatario]</w:t>
      </w:r>
    </w:p>
    <w:p>
      <w:pPr>
        <w:spacing w:before="0" w:after="60"/>
        <w:ind w:left="0" w:firstLine="0"/>
        <w:keepLines/>
      </w:pPr>
      <w:r>
        <w:rPr>
          <w:rFonts w:ascii="Times New Roman" w:hAnsi="Times New Roman" w:eastAsia="Times New Roman"/>
          <w:b w:val="0"/>
          <w:i w:val="0"/>
          <w:sz w:val="24"/>
        </w:rPr>
        <w:t>____________ [Nombre legal completo del Prestatario]</w:t>
      </w:r>
    </w:p>
    <w:p>
      <w:pPr>
        <w:spacing w:before="0" w:after="240"/>
        <w:ind w:left="0" w:firstLine="0"/>
        <w:keepLines/>
      </w:pPr>
      <w:r>
        <w:rPr>
          <w:rFonts w:ascii="Times New Roman" w:hAnsi="Times New Roman" w:eastAsia="Times New Roman"/>
          <w:b w:val="0"/>
          <w:i w:val="0"/>
          <w:sz w:val="24"/>
        </w:rPr>
        <w:t>____________ [Fecha de firma del Prestatario]</w:t>
      </w:r>
    </w:p>
    <w:p>
      <w:pPr>
        <w:pStyle w:val="Signature"/>
      </w:pPr>
      <w:r>
        <w:rPr>
          <w:rFonts w:ascii="Times New Roman" w:hAnsi="Times New Roman" w:eastAsia="Times New Roman"/>
          <w:b w:val="0"/>
          <w:i w:val="0"/>
          <w:sz w:val="24"/>
        </w:rPr>
        <w:t>_____________________________ [Firma del Garante, si corresponde]</w:t>
      </w:r>
    </w:p>
    <w:p>
      <w:pPr>
        <w:spacing w:before="0" w:after="60"/>
        <w:ind w:left="0" w:firstLine="0"/>
        <w:keepLines/>
      </w:pPr>
      <w:r>
        <w:rPr>
          <w:rFonts w:ascii="Times New Roman" w:hAnsi="Times New Roman" w:eastAsia="Times New Roman"/>
          <w:b w:val="0"/>
          <w:i w:val="0"/>
          <w:sz w:val="24"/>
        </w:rPr>
        <w:t>____________ [Nombre legal completo del Garante]</w:t>
      </w:r>
    </w:p>
    <w:p>
      <w:pPr>
        <w:spacing w:before="0" w:after="240"/>
        <w:ind w:left="0" w:firstLine="0"/>
        <w:keepLines/>
      </w:pPr>
      <w:r>
        <w:rPr>
          <w:rFonts w:ascii="Times New Roman" w:hAnsi="Times New Roman" w:eastAsia="Times New Roman"/>
          <w:b w:val="0"/>
          <w:i w:val="0"/>
          <w:sz w:val="24"/>
        </w:rPr>
        <w:t>____________ [Fecha de firma del Garante]</w:t>
      </w:r>
    </w:p>
    <w:p>
      <w:pPr>
        <w:pStyle w:val="Signature"/>
      </w:pPr>
      <w:r>
        <w:rPr>
          <w:rFonts w:ascii="Times New Roman" w:hAnsi="Times New Roman" w:eastAsia="Times New Roman"/>
          <w:b w:val="0"/>
          <w:i w:val="0"/>
          <w:sz w:val="24"/>
        </w:rPr>
        <w:t>_____________________________ [Firma del testigo, si se utiliza]</w:t>
      </w:r>
    </w:p>
    <w:p>
      <w:pPr>
        <w:spacing w:before="0" w:after="60"/>
        <w:ind w:left="0" w:firstLine="0"/>
        <w:keepLines/>
      </w:pPr>
      <w:r>
        <w:rPr>
          <w:rFonts w:ascii="Times New Roman" w:hAnsi="Times New Roman" w:eastAsia="Times New Roman"/>
          <w:b w:val="0"/>
          <w:i w:val="0"/>
          <w:sz w:val="24"/>
        </w:rPr>
        <w:t>____________ [Nombre legal completo del testigo]</w:t>
      </w:r>
    </w:p>
    <w:p>
      <w:pPr>
        <w:spacing w:before="0" w:after="360"/>
        <w:ind w:left="0" w:firstLine="0"/>
        <w:keepLines/>
      </w:pPr>
      <w:r>
        <w:rPr>
          <w:rFonts w:ascii="Times New Roman" w:hAnsi="Times New Roman" w:eastAsia="Times New Roman"/>
          <w:b w:val="0"/>
          <w:i w:val="0"/>
          <w:sz w:val="24"/>
        </w:rPr>
        <w:t>____________ [Fecha de firma del testigo]</w:t>
      </w:r>
    </w:p>
    <w:p>
      <w:pPr>
        <w:spacing w:before="360" w:after="0"/>
        <w:ind w:left="0" w:firstLine="0"/>
        <w:keepLines/>
      </w:pPr>
      <w:r>
        <w:rPr>
          <w:rFonts w:ascii="Times New Roman" w:hAnsi="Times New Roman" w:eastAsia="Times New Roman"/>
          <w:b w:val="0"/>
          <w:i w:val="0"/>
          <w:sz w:val="24"/>
        </w:rPr>
        <w:t>Este documento no constituye asesoramiento legal. Consulte a un profesional legal cualificado para obtener orientación sobre su situación específica.</w:t>
      </w:r>
    </w:p>
    <w:sectPr w:rsidR="00FC693F" w:rsidRPr="0006063C" w:rsidSect="00034616">
      <w:footerReference w:type="default" r:id="rId9"/>
      <w:pgSz w:w="12240" w:h="15840"/>
      <w:pgMar w:top="1123" w:right="1440" w:bottom="1123" w:left="1440" w:header="432" w:footer="461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4680" w:val="center"/>
      </w:tabs>
      <w:spacing w:before="0" w:after="0" w:line="240" w:lineRule="auto"/>
      <w:jc w:val="left"/>
    </w:pPr>
    <w:hyperlink r:id="rId2" w:history="1">
      <w:r>
        <w:drawing>
          <wp:inline xmlns:a="http://schemas.openxmlformats.org/drawingml/2006/main" xmlns:pic="http://schemas.openxmlformats.org/drawingml/2006/picture">
            <wp:extent cx="1078992" cy="119888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Logo-templates.jpg"/>
                    <pic:cNvPicPr/>
                  </pic:nvPicPr>
                  <pic:blipFill>
                    <a:blip r:embed="rId1"/>
                    <a:stretch>
                      <a:fillRect/>
                    </a:stretch>
                  </pic:blipFill>
                  <pic:spPr>
                    <a:xfrm>
                      <a:off x="0" y="0"/>
                      <a:ext cx="1078992" cy="119888"/>
                    </a:xfrm>
                    <a:prstGeom prst="rect"/>
                  </pic:spPr>
                </pic:pic>
              </a:graphicData>
            </a:graphic>
          </wp:inline>
        </w:drawing>
      </w:r>
    </w:hyperlink>
    <w:r>
      <w:rPr>
        <w:rFonts w:ascii="Times New Roman" w:hAnsi="Times New Roman" w:eastAsia="Times New Roman"/>
        <w:b w:val="0"/>
        <w:i w:val="0"/>
        <w:sz w:val="18"/>
      </w:rPr>
      <w:tab/>
      <w:t xml:space="preserve">Página </w:t>
    </w:r>
    <w:r>
      <w:rPr>
        <w:rFonts w:ascii="Times New Roman" w:hAnsi="Times New Roman" w:eastAsia="Times New Roman"/>
        <w:b w:val="0"/>
        <w:i w:val="0"/>
        <w:sz w:val="18"/>
      </w:rPr>
      <w:fldChar w:fldCharType="begin"/>
      <w:instrText xml:space="preserve">PAGE</w:instrText>
      <w:fldChar w:fldCharType="separate"/>
      <w:fldChar w:fldCharType="end"/>
    </w:r>
    <w:r>
      <w:rPr>
        <w:rFonts w:ascii="Times New Roman" w:hAnsi="Times New Roman" w:eastAsia="Times New Roman"/>
        <w:b w:val="0"/>
        <w:i w:val="0"/>
        <w:sz w:val="18"/>
      </w:rPr>
      <w:t xml:space="preserve"> de </w:t>
    </w:r>
    <w:r>
      <w:rPr>
        <w:rFonts w:ascii="Times New Roman" w:hAnsi="Times New Roman" w:eastAsia="Times New Roman"/>
        <w:b w:val="0"/>
        <w:i w:val="0"/>
        <w:sz w:val="18"/>
      </w:rPr>
      <w:fldChar w:fldCharType="begin"/>
      <w:instrText xml:space="preserve">NUMPAGES</w:instrText>
      <w:fldChar w:fldCharType="separate"/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  <w:updateFields w:val="tru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360" w:lineRule="auto" w:after="16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40" w:after="160" w:line="360" w:lineRule="auto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spacing w:after="440" w:line="240" w:lineRule="auto" w:before="0"/>
      <w:contextualSpacing/>
      <w:jc w:val="center"/>
    </w:pPr>
    <w:rPr>
      <w:rFonts w:asciiTheme="majorHAnsi" w:eastAsiaTheme="majorEastAsia" w:hAnsiTheme="majorHAnsi" w:cstheme="majorBidi" w:ascii="Times New Roman" w:hAnsi="Times New Roman" w:eastAsia="Times New Roman"/>
      <w:b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Option">
    <w:name w:val="Option"/>
    <w:pPr>
      <w:spacing w:line="360" w:lineRule="auto" w:after="60"/>
      <w:ind w:left="432" w:hanging="317"/>
    </w:pPr>
    <w:rPr>
      <w:rFonts w:ascii="Times New Roman" w:hAnsi="Times New Roman" w:eastAsia="Times New Roman"/>
      <w:sz w:val="24"/>
    </w:rPr>
  </w:style>
  <w:style w:type="paragraph" w:customStyle="1" w:styleId="Signature">
    <w:name w:val="Signature"/>
    <w:pPr>
      <w:spacing w:line="276" w:lineRule="auto" w:before="160" w:after="100"/>
    </w:pPr>
    <w:rPr>
      <w:rFonts w:ascii="Times New Roman" w:hAnsi="Times New Roman" w:eastAsia="Times New Roman"/>
      <w:sz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hyperlink" Target="https://www.lawdistrict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Contrato de Préstamo</dc:title>
  <dc:subject>Plantilla de contrato de préstamo para Estados Unidos en español internacional</dc:subject>
  <dc:creator>Lawdistrict</dc:creator>
  <cp:keywords>préstamo, contrato, Estados Unidos, Lawdistrict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