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40" w:line="240" w:lineRule="auto"/>
        <w:jc w:val="center"/>
      </w:pPr>
      <w:r>
        <w:rPr>
          <w:rFonts w:ascii="Times New Roman" w:hAnsi="Times New Roman" w:eastAsia="Times New Roman"/>
          <w:b/>
          <w:sz w:val="48"/>
        </w:rPr>
        <w:t>CONTRATO DE COMPRAVENTA</w:t>
      </w:r>
    </w:p>
    <w:p>
      <w:pPr>
        <w:spacing w:before="0" w:after="600" w:line="360" w:lineRule="auto"/>
      </w:pPr>
      <w:r>
        <w:rPr>
          <w:rFonts w:ascii="Times New Roman" w:hAnsi="Times New Roman" w:eastAsia="Times New Roman"/>
          <w:b/>
          <w:sz w:val="24"/>
        </w:rPr>
        <w:t xml:space="preserve">Este Contrato de Compraventa ("Contrato") </w:t>
      </w:r>
      <w:r>
        <w:rPr>
          <w:rFonts w:ascii="Times New Roman" w:hAnsi="Times New Roman" w:eastAsia="Times New Roman"/>
          <w:b w:val="0"/>
          <w:sz w:val="24"/>
        </w:rPr>
        <w:t>se celebra con fecha de entrada en vigor ____________ [Fecha de entrada en vigor del Contrato], entre las siguientes partes: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I. Partes.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El Vendedor: </w:t>
      </w:r>
      <w:r>
        <w:rPr>
          <w:rFonts w:ascii="Times New Roman" w:hAnsi="Times New Roman" w:eastAsia="Times New Roman"/>
          <w:b w:val="0"/>
          <w:sz w:val="24"/>
        </w:rPr>
        <w:t>____________ [Nombre completo o razón social del Vendedor], con domicilio en ____________ [Dirección completa del Vendedor], correo electrónico ____________ [Correo electrónico del Vendedor] y teléfono ____________ [Número de teléfono del Vendedor].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El Comprador: </w:t>
      </w:r>
      <w:r>
        <w:rPr>
          <w:rFonts w:ascii="Times New Roman" w:hAnsi="Times New Roman" w:eastAsia="Times New Roman"/>
          <w:b w:val="0"/>
          <w:sz w:val="24"/>
        </w:rPr>
        <w:t>____________ [Nombre completo o razón social del Comprador], con domicilio en ____________ [Dirección completa del Comprador], correo electrónico ____________ [Correo electrónico del Comprador] y teléfono ____________ [Número de teléfono del Comprador].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II. Detalles del Producto.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Nombre del Producto: </w:t>
      </w:r>
      <w:r>
        <w:rPr>
          <w:rFonts w:ascii="Times New Roman" w:hAnsi="Times New Roman" w:eastAsia="Times New Roman"/>
          <w:b w:val="0"/>
          <w:sz w:val="24"/>
        </w:rPr>
        <w:t>____________ [Nombre o identificación del producto].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Descripción: </w:t>
      </w:r>
      <w:r>
        <w:rPr>
          <w:rFonts w:ascii="Times New Roman" w:hAnsi="Times New Roman" w:eastAsia="Times New Roman"/>
          <w:b w:val="0"/>
          <w:sz w:val="24"/>
        </w:rPr>
        <w:t>____________ [Descripción breve del producto].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Cantidad: </w:t>
      </w:r>
      <w:r>
        <w:rPr>
          <w:rFonts w:ascii="Times New Roman" w:hAnsi="Times New Roman" w:eastAsia="Times New Roman"/>
          <w:b w:val="0"/>
          <w:sz w:val="24"/>
        </w:rPr>
        <w:t>____________ [Cantidad vendida].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Precio Unitario: </w:t>
      </w:r>
      <w:r>
        <w:rPr>
          <w:rFonts w:ascii="Times New Roman" w:hAnsi="Times New Roman" w:eastAsia="Times New Roman"/>
          <w:b w:val="0"/>
          <w:sz w:val="24"/>
        </w:rPr>
        <w:t>____________ [Precio por unidad].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/>
          <w:sz w:val="24"/>
        </w:rPr>
        <w:t xml:space="preserve">Precio Total: </w:t>
      </w:r>
      <w:r>
        <w:rPr>
          <w:rFonts w:ascii="Times New Roman" w:hAnsi="Times New Roman" w:eastAsia="Times New Roman"/>
          <w:b w:val="0"/>
          <w:sz w:val="24"/>
        </w:rPr>
        <w:t>____________ [Precio total de la compraventa].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III. Compraventa del Producto.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Vendedor acuerda vender y el Comprador acuerda comprar el producto indicado anteriormente, sujeto a los términos y condiciones establecidos en este Contrato.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IV. Pago.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Comprador acuerda pagar al Vendedor el precio total indicado anteriormente. El pago se realizará mediante ____________ [Método de pago, por ejemplo, transferencia bancaria, tarjeta de crédito u otro método acordado].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Salvo que las partes acuerden otra cosa por escrito, el pago deberá realizarse en su totalidad antes de la entrega del producto.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V. Entrega.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Vendedor entregará el producto al Comprador en la siguiente dirección: ____________ [Dirección de entrega].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La entrega deberá completarse a más tardar el ____________ [Fecha límite de entrega].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VI. Titularidad y Riesgo de Pérdida.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La titularidad y el riesgo de pérdida del producto pasarán del Vendedor al Comprador al momento de la entrega, salvo que las partes acuerden otra cosa por escrito.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VII. Garantía.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Vendedor declara que, a su leal saber y entender, el producto se entregará libre de defectos materiales y de fabricación durante un período de ____________ [Período de garantía] a partir de la fecha de entrega.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VIII. Inspección y Aceptación.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El Comprador dispondrá de ____________ [Número de días para inspección] días desde la fecha de entrega para inspeccionar el producto y notificar por escrito al Vendedor cualquier defecto o discrepancia.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Si el Comprador no entrega dicha notificación dentro de ese plazo, el producto se considerará aceptado.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IX. Limitación de Responsabilidad.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En la medida permitida por la ley aplicable, el Vendedor no será responsable por daños indirectos, incidentales, especiales, consecuenciales o punitivos que surjan de este Contrato o de la venta del producto.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X. Ley Aplicable.</w:t>
      </w:r>
    </w:p>
    <w:p>
      <w:pPr>
        <w:spacing w:before="0" w:after="240" w:line="360" w:lineRule="auto"/>
      </w:pPr>
      <w:r>
        <w:rPr>
          <w:rFonts w:ascii="Times New Roman" w:hAnsi="Times New Roman" w:eastAsia="Times New Roman"/>
          <w:b w:val="0"/>
          <w:sz w:val="24"/>
        </w:rPr>
        <w:t>Este Contrato se regirá e interpretará de conformidad con las leyes del Estado de ____________ [Estado de Estados Unidos cuya ley regirá el Contrato], sin perjuicio de las normas obligatorias que resulten aplicables.</w:t>
      </w:r>
    </w:p>
    <w:p>
      <w:pPr>
        <w:spacing w:before="280" w:after="240" w:line="264" w:lineRule="auto"/>
      </w:pPr>
      <w:r>
        <w:rPr>
          <w:rFonts w:ascii="Times New Roman" w:hAnsi="Times New Roman" w:eastAsia="Times New Roman"/>
          <w:b/>
          <w:sz w:val="28"/>
        </w:rPr>
        <w:t>XI. Firmas.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Vendedor: ________________________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Nombre: ____________ [Nombre completo del Vendedor]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[Fecha de firma del Vendedor]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Comprador: ________________________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Nombre: ____________ [Nombre completo del Comprador]</w:t>
      </w:r>
    </w:p>
    <w:p>
      <w:pPr>
        <w:spacing w:before="0" w:after="16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[Fecha de firma del Comprador]</w:t>
      </w:r>
    </w:p>
    <w:p>
      <w:pPr>
        <w:spacing w:before="360" w:after="480" w:line="264" w:lineRule="auto"/>
        <w:jc w:val="center"/>
      </w:pPr>
      <w:r>
        <w:rPr>
          <w:rFonts w:ascii="Times New Roman" w:hAnsi="Times New Roman" w:eastAsia="Times New Roman"/>
          <w:b/>
          <w:sz w:val="28"/>
        </w:rPr>
        <w:t>RECONOCIMIENTO NOTARIAL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Estado de ____________ [Estado]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Condado de ____________ [Condado]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El día ____________ [Fecha], ante mí, Notario Público autorizado en el condado y estado indicados, comparecieron personalmente ____________ [Nombre completo del Vendedor] y ____________ [Nombre completo del Comprador], quienes acreditaron satisfactoriamente su identidad y reconocieron haber firmado este Contrato para los fines aquí establecidos.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En testimonio de lo anterior, firmo y sello el presente reconocimiento.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Notario Público: ________________________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Nombre impreso: ________________________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Mi comisión vence: ________________________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Sello notarial, si corresponde: ____________ [Espacio para sello notarial, si corresponde]</w:t>
      </w:r>
    </w:p>
    <w:p/>
    <w:p>
      <w:pPr>
        <w:spacing w:before="280" w:after="0" w:line="360" w:lineRule="auto"/>
      </w:pPr>
      <w:r>
        <w:rPr>
          <w:rFonts w:ascii="Times New Roman" w:hAnsi="Times New Roman" w:eastAsia="Times New Roman"/>
          <w:b w:val="0"/>
          <w:sz w:val="24"/>
        </w:rPr>
        <w:t>Este documento no constituye asesoramiento legal. Para situaciones específicas, debe consultarse a un profesional legal cualificado.</w:t>
      </w:r>
    </w:p>
    <w:sectPr w:rsidR="00FC693F" w:rsidRPr="0006063C" w:rsidSect="00034616">
      <w:footerReference w:type="default" r:id="rId9"/>
      <w:pgSz w:w="12240" w:h="15840"/>
      <w:pgMar w:top="1296" w:right="1224" w:bottom="1080" w:left="1224" w:header="720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3168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left"/>
          </w:pPr>
          <w:hyperlink r:id="rId1">
            <w:r>
              <w:drawing>
                <wp:inline xmlns:a="http://schemas.openxmlformats.org/drawingml/2006/main" xmlns:pic="http://schemas.openxmlformats.org/drawingml/2006/picture">
                  <wp:extent cx="1143000" cy="127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templates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hyperlink>
        </w:p>
      </w:tc>
      <w:tc>
        <w:tcPr>
          <w:tcW w:type="dxa" w:w="302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center"/>
          </w:pPr>
          <w:r>
            <w:rPr>
              <w:rFonts w:ascii="Times New Roman" w:hAnsi="Times New Roman" w:eastAsia="Times New Roman"/>
              <w:b w:val="0"/>
              <w:sz w:val="24"/>
            </w:rPr>
            <w:t xml:space="preserve">Página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="Times New Roman" w:hAnsi="Times New Roman" w:eastAsia="Times New Roman"/>
              <w:b w:val="0"/>
              <w:sz w:val="24"/>
            </w:rPr>
            <w:t xml:space="preserve"> de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  <w:tc>
        <w:tcPr>
          <w:tcW w:type="dxa" w:w="3168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</w:pP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24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