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40" w:line="240" w:lineRule="auto"/>
        <w:jc w:val="center"/>
        <w:keepNext/>
        <w:keepLines/>
      </w:pPr>
      <w:r>
        <w:rPr>
          <w:rFonts w:ascii="Times New Roman" w:hAnsi="Times New Roman" w:eastAsia="Times New Roman"/>
          <w:b/>
          <w:sz w:val="44"/>
        </w:rPr>
        <w:t>CONSENTIMIENTO DE VIAJE DE MENORES</w:t>
      </w:r>
    </w:p>
    <w:p>
      <w:pPr>
        <w:spacing w:before="0" w:after="24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Yo/Nosotros, ____________ [indique el nombre completo del padre, madre o tutor legal que otorga el permiso], declaro/declaramos que soy/somos el padre, madre o tutor legal del menor indicado a continuación y autorizo/autorizamos su viaje conforme a los términos de este documento.</w:t>
      </w:r>
    </w:p>
    <w:p>
      <w:pPr>
        <w:spacing w:before="160" w:after="200" w:line="240" w:lineRule="auto"/>
        <w:jc w:val="center"/>
        <w:keepNext/>
        <w:keepLines/>
      </w:pPr>
      <w:r>
        <w:rPr>
          <w:rFonts w:ascii="Times New Roman" w:hAnsi="Times New Roman" w:eastAsia="Times New Roman"/>
          <w:b/>
          <w:sz w:val="28"/>
        </w:rPr>
        <w:t>INFORMACIÓN DEL MENOR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completo del menor: ____________ [indique el nombre legal completo del menor]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Fecha de nacimiento: ____________ [indique la fecha de nacimiento del menor]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Lugar de nacimiento: ____________ [indique ciudad, estado o país de nacimiento]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Número de pasaporte o documento de identidad: ____________ [indique el número de pasaporte o documento]</w:t>
      </w:r>
    </w:p>
    <w:p>
      <w:pPr>
        <w:spacing w:before="0" w:after="20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País emisor del pasaporte o documento: ____________ [indique el país emisor]</w:t>
      </w:r>
    </w:p>
    <w:p>
      <w:pPr>
        <w:spacing w:before="80" w:after="200" w:line="240" w:lineRule="auto"/>
        <w:jc w:val="center"/>
        <w:keepNext/>
        <w:keepLines/>
      </w:pPr>
      <w:r>
        <w:rPr>
          <w:rFonts w:ascii="Times New Roman" w:hAnsi="Times New Roman" w:eastAsia="Times New Roman"/>
          <w:b/>
          <w:sz w:val="28"/>
        </w:rPr>
        <w:t>INFORMACIÓN DEL PADRE, MADRE O TUTOR LEGAL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completo: ____________ [indique el nombre legal completo del padre, madre o tutor legal]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Relación con el menor: ____________ [indique padre, madre, tutor legal u otra relación]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Dirección: ____________ [indique la dirección postal completa]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Teléfono: ____________ [indique el número de teléfono]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Correo electrónico: ____________ [indique el correo electrónico]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completo del segundo padre, madre o tutor legal, si corresponde: ____________ [indique el nombre legal completo o indique no corresponde]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Relación con el menor: ____________ [indique padre, madre, tutor legal u otra relación]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Teléfono: ____________ [indique el número de teléfono]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Correo electrónico: ____________ [indique el correo electrónico]</w:t>
      </w:r>
    </w:p>
    <w:p>
      <w:pPr>
        <w:spacing w:after="0"/>
      </w:pPr>
      <w:r>
        <w:br w:type="page"/>
      </w:r>
    </w:p>
    <w:p>
      <w:pPr>
        <w:spacing w:before="0" w:after="200" w:line="240" w:lineRule="auto"/>
        <w:jc w:val="left"/>
        <w:keepNext/>
        <w:keepLines/>
      </w:pPr>
      <w:r>
        <w:rPr>
          <w:rFonts w:ascii="Times New Roman" w:hAnsi="Times New Roman" w:eastAsia="Times New Roman"/>
          <w:b/>
          <w:sz w:val="28"/>
        </w:rPr>
        <w:t>1. Autorización de viaje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Autorizo/Autorizamos al menor a viajar de la siguiente manera: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Tipo de viaje autorizado: ____________ [indique nacional, internacional o ambos]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Fecha de salida: ____________ [indique la fecha de salida]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Fecha de regreso o finalización del permiso: ____________ [indique la fecha de regreso o finalización]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Destino principal: ____________ [indique ciudad, estado o país de destino]</w:t>
      </w:r>
    </w:p>
    <w:p>
      <w:pPr>
        <w:spacing w:before="0" w:after="20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Itinerario o detalles del viaje: ____________ [indique vuelos, rutas, alojamiento u otros detalles relevantes]</w:t>
      </w:r>
    </w:p>
    <w:p>
      <w:pPr>
        <w:spacing w:before="160" w:after="200" w:line="240" w:lineRule="auto"/>
        <w:jc w:val="left"/>
        <w:keepNext/>
        <w:keepLines/>
      </w:pPr>
      <w:r>
        <w:rPr>
          <w:rFonts w:ascii="Times New Roman" w:hAnsi="Times New Roman" w:eastAsia="Times New Roman"/>
          <w:b/>
          <w:sz w:val="28"/>
        </w:rPr>
        <w:t>2. Persona acompañante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El menor viajará con la siguiente persona o grupo: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completo de la persona acompañante o grupo: ____________ [indique el nombre completo o grupo responsable]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Relación con el menor: ____________ [indique relación con el menor]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Número de pasaporte o documento de identidad: ____________ [indique el número de pasaporte o documento]</w:t>
      </w:r>
    </w:p>
    <w:p>
      <w:pPr>
        <w:spacing w:before="0" w:after="20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Teléfono de contacto durante el viaje: ____________ [indique el número de teléfono de contacto]</w:t>
      </w:r>
    </w:p>
    <w:p>
      <w:pPr>
        <w:spacing w:before="160" w:after="200" w:line="240" w:lineRule="auto"/>
        <w:jc w:val="left"/>
        <w:keepNext/>
        <w:keepLines/>
      </w:pPr>
      <w:r>
        <w:rPr>
          <w:rFonts w:ascii="Times New Roman" w:hAnsi="Times New Roman" w:eastAsia="Times New Roman"/>
          <w:b/>
          <w:sz w:val="28"/>
        </w:rPr>
        <w:t>3. Lugar de estancia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Durante el viaje, el menor se hospedará o permanecerá con: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de la persona, hotel o institución: ____________ [indique el nombre correspondiente]</w:t>
      </w:r>
    </w:p>
    <w:p>
      <w:pPr>
        <w:spacing w:before="0" w:after="12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Dirección durante el viaje: ____________ [indique la dirección completa durante el viaje]</w:t>
      </w:r>
    </w:p>
    <w:p>
      <w:pPr>
        <w:spacing w:before="0" w:after="20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Teléfono del lugar de estancia: ____________ [indique el número de teléfono]</w:t>
      </w:r>
    </w:p>
    <w:p>
      <w:pPr>
        <w:spacing w:before="160" w:after="200" w:line="240" w:lineRule="auto"/>
        <w:jc w:val="left"/>
        <w:keepNext/>
        <w:keepLines/>
      </w:pPr>
      <w:r>
        <w:rPr>
          <w:rFonts w:ascii="Times New Roman" w:hAnsi="Times New Roman" w:eastAsia="Times New Roman"/>
          <w:b/>
          <w:sz w:val="28"/>
        </w:rPr>
        <w:t>4. Contacto de emergencia</w:t>
      </w:r>
    </w:p>
    <w:p>
      <w:pPr>
        <w:spacing w:after="0"/>
      </w:pPr>
      <w:r>
        <w:br w:type="page"/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completo del contacto de emergencia: ____________ [indique el nombre completo del contacto de emergencia]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Relación con el menor: ____________ [indique la relación con el menor]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Teléfono: ____________ [indique el número de teléfono]</w:t>
      </w:r>
    </w:p>
    <w:p>
      <w:pPr>
        <w:spacing w:before="0" w:after="16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Correo electrónico: ____________ [indique el correo electrónico]</w:t>
      </w:r>
    </w:p>
    <w:p>
      <w:pPr>
        <w:spacing w:before="40" w:after="120" w:line="240" w:lineRule="auto"/>
        <w:jc w:val="left"/>
        <w:keepNext/>
        <w:keepLines/>
      </w:pPr>
      <w:r>
        <w:rPr>
          <w:rFonts w:ascii="Times New Roman" w:hAnsi="Times New Roman" w:eastAsia="Times New Roman"/>
          <w:b/>
          <w:sz w:val="28"/>
        </w:rPr>
        <w:t>5. Alcance del permiso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Este permiso autoriza el viaje del menor durante el período indicado y para el destino señalado.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La persona acompañante o responsable podrá presentar este documento ante aerolíneas, autoridades migratorias, autoridades fronterizas, escuelas, grupos de viaje u otras entidades que lo soliciten en relación con el viaje autorizado.</w:t>
      </w:r>
    </w:p>
    <w:p>
      <w:pPr>
        <w:spacing w:before="0" w:after="20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Este permiso no limita ni modifica ninguna orden judicial, acuerdo de custodia o derecho parental aplicable.</w:t>
      </w:r>
    </w:p>
    <w:p>
      <w:pPr>
        <w:spacing w:before="40" w:after="160" w:line="240" w:lineRule="auto"/>
        <w:jc w:val="center"/>
        <w:keepNext/>
        <w:keepLines/>
      </w:pPr>
      <w:r>
        <w:rPr>
          <w:rFonts w:ascii="Times New Roman" w:hAnsi="Times New Roman" w:eastAsia="Times New Roman"/>
          <w:b/>
          <w:sz w:val="28"/>
        </w:rPr>
        <w:t>FIRMAS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Firma del padre, madre o tutor legal: ________________________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completo]</w:t>
      </w:r>
    </w:p>
    <w:p>
      <w:pPr>
        <w:spacing w:before="0" w:after="24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Fecha: ____________ [indique la fecha de firma]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Firma del segundo padre, madre o tutor legal, si corresponde: ________________________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completo]</w:t>
      </w:r>
    </w:p>
    <w:p>
      <w:pPr>
        <w:spacing w:before="0" w:after="16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Fecha: ____________ [indique la fecha de firma]</w:t>
      </w:r>
    </w:p>
    <w:p>
      <w:pPr>
        <w:spacing w:before="40" w:after="160" w:line="240" w:lineRule="auto"/>
        <w:jc w:val="center"/>
        <w:keepNext/>
        <w:keepLines/>
      </w:pPr>
      <w:r>
        <w:rPr>
          <w:rFonts w:ascii="Times New Roman" w:hAnsi="Times New Roman" w:eastAsia="Times New Roman"/>
          <w:b/>
          <w:sz w:val="28"/>
        </w:rPr>
        <w:t>RECONOCIMIENTO NOTARIAL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Estado de ____________ [indique el estado]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Condado de ____________ [indique el condado]</w:t>
      </w:r>
    </w:p>
    <w:p>
      <w:pPr>
        <w:spacing w:before="0" w:after="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El día ____________ [indique el día] de ____________ [indique el mes] de ____________ [indique el año], compareció/comparecieron ante mí ____________ [indique el nombre de la</w:t>
      </w:r>
    </w:p>
    <w:p>
      <w:pPr>
        <w:spacing w:after="0"/>
      </w:pPr>
      <w:r>
        <w:br w:type="page"/>
      </w:r>
    </w:p>
    <w:p>
      <w:pPr>
        <w:spacing w:before="0" w:after="20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persona o personas firmantes], quien/quienes acreditó/acreditaron su identidad mediante prueba satisfactoria y reconoció/reconocieron haber firmado este Consentimiento de Viaje de Menores para los fines aquí indicados.</w:t>
      </w:r>
    </w:p>
    <w:p>
      <w:pPr>
        <w:spacing w:before="0" w:after="20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EN FE DE LO CUAL, firmo y estampo mi sello oficial.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Firma del Notario Público: ________________________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 del notario]</w:t>
      </w:r>
    </w:p>
    <w:p>
      <w:pPr>
        <w:spacing w:before="0" w:after="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Número de comisión: ____________ [indique el número de comisión notarial]</w:t>
      </w:r>
    </w:p>
    <w:p>
      <w:pPr>
        <w:spacing w:before="0" w:after="68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Mi comisión vence el: ____________ [indique la fecha de vencimiento de la comisión]</w:t>
      </w:r>
    </w:p>
    <w:p>
      <w:pPr>
        <w:spacing w:before="0" w:after="0" w:line="360" w:lineRule="auto"/>
        <w:keepLines/>
      </w:pPr>
      <w:r>
        <w:rPr>
          <w:rFonts w:ascii="Times New Roman" w:hAnsi="Times New Roman" w:eastAsia="Times New Roman"/>
          <w:b w:val="0"/>
          <w:sz w:val="24"/>
        </w:rPr>
        <w:t>Este documento se proporciona únicamente con fines informativos generales y no constituye asesoramiento legal. Para obtener orientación sobre una situación específica, debe consultarse a un profesional legal cualificado autorizado para ejercer en la jurisdicción correspondiente.</w:t>
      </w:r>
    </w:p>
    <w:sectPr w:rsidR="00FC693F" w:rsidRPr="0006063C" w:rsidSect="00034616">
      <w:footerReference w:type="default" r:id="rId9"/>
      <w:pgSz w:w="12240" w:h="15840"/>
      <w:pgMar w:top="1440" w:right="1440" w:bottom="1037" w:left="1440" w:header="72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680" w:val="center"/>
      </w:tabs>
      <w:spacing w:before="0" w:after="0"/>
    </w:pPr>
    <w:r>
      <w:drawing>
        <wp:inline xmlns:a="http://schemas.openxmlformats.org/drawingml/2006/main" xmlns:pic="http://schemas.openxmlformats.org/drawingml/2006/picture">
          <wp:extent cx="1234440" cy="137160"/>
          <wp:docPr id="1" name="Picture 1">
            <a:hlinkClick r:id="rId2"/>
          </wp:docPr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templat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13716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Times New Roman" w:hAnsi="Times New Roman" w:eastAsia="Times New Roman"/>
        <w:b w:val="0"/>
        <w:sz w:val="20"/>
      </w:rPr>
      <w:tab/>
      <w:t xml:space="preserve">Página </w:t>
    </w:r>
    <w:r>
      <w:rPr>
        <w:rFonts w:ascii="Times New Roman" w:hAnsi="Times New Roman" w:eastAsia="Times New Roman"/>
        <w:b w:val="0"/>
        <w:sz w:val="24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Times New Roman" w:hAnsi="Times New Roman" w:eastAsia="Times New Roman"/>
        <w:b w:val="0"/>
        <w:sz w:val="20"/>
      </w:rPr>
      <w:t xml:space="preserve"> de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DTitle">
    <w:name w:val="LD Title"/>
  </w:style>
  <w:style w:type="paragraph" w:customStyle="1" w:styleId="LDMainHeading">
    <w:name w:val="LD Main Heading"/>
  </w:style>
  <w:style w:type="paragraph" w:customStyle="1" w:styleId="LDSectionHeading">
    <w:name w:val="LD Section Heading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s://www.lawdistri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Consentimiento de Viaje de Menores</dc:title>
  <dc:subject>Plantilla para el mercado hispano de Estados Unidos</dc:subject>
  <dc:creator>Lawdistrict</dc:creator>
  <cp:keywords>consentimiento, viaje, menores, Estados Unidos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