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40" w:line="240" w:lineRule="auto"/>
        <w:jc w:val="center"/>
      </w:pPr>
      <w:r>
        <w:rPr>
          <w:rFonts w:ascii="Times New Roman" w:hAnsi="Times New Roman" w:eastAsia="Times New Roman"/>
          <w:b/>
          <w:sz w:val="48"/>
        </w:rPr>
        <w:t>CARTA PODER</w:t>
      </w:r>
    </w:p>
    <w:p>
      <w:pPr>
        <w:spacing w:before="0" w:after="600" w:line="360" w:lineRule="auto"/>
      </w:pPr>
      <w:r>
        <w:rPr>
          <w:rFonts w:ascii="Times New Roman" w:hAnsi="Times New Roman" w:eastAsia="Times New Roman"/>
          <w:b/>
          <w:sz w:val="24"/>
        </w:rPr>
        <w:t xml:space="preserve">Esta Carta Poder ("Carta Poder") </w:t>
      </w:r>
      <w:r>
        <w:rPr>
          <w:rFonts w:ascii="Times New Roman" w:hAnsi="Times New Roman" w:eastAsia="Times New Roman"/>
          <w:b w:val="0"/>
          <w:sz w:val="24"/>
        </w:rPr>
        <w:t>se otorga con fecha de entrada en vigor ____________ [Fecha de entrada en vigor de la Carta Poder], por y entre las siguientes partes: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I. Partes.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Poderdante: </w:t>
      </w:r>
      <w:r>
        <w:rPr>
          <w:rFonts w:ascii="Times New Roman" w:hAnsi="Times New Roman" w:eastAsia="Times New Roman"/>
          <w:b w:val="0"/>
          <w:sz w:val="24"/>
        </w:rPr>
        <w:t>____________ [Nombre completo del Poderdante], con domicilio en ____________ [Dirección completa del Poderdante], correo electrónico ____________ [Correo electrónico del Poderdante] y teléfono ____________ [Número de teléfono del Poderdante].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Apoderado: </w:t>
      </w:r>
      <w:r>
        <w:rPr>
          <w:rFonts w:ascii="Times New Roman" w:hAnsi="Times New Roman" w:eastAsia="Times New Roman"/>
          <w:b w:val="0"/>
          <w:sz w:val="24"/>
        </w:rPr>
        <w:t>____________ [Nombre completo del Apoderado], con domicilio en ____________ [Dirección completa del Apoderado], correo electrónico ____________ [Correo electrónico del Apoderado] y teléfono ____________ [Número de teléfono del Apoderado].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II. Nombramiento.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Poderdante nombra al Apoderado como su representante legal para actuar en su nombre y representación dentro de los límites establecidos en esta Carta Poder.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Apoderado podrá realizar únicamente los actos autorizados en este documento y deberá actuar de buena fe y en beneficio del Poderdante.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III. Facultades Otorgadas.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Poderdante autoriza al Apoderado a realizar los siguientes actos, en la medida permitida por la ley aplicable: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Administrar, conservar, comprar, vender, arrendar o disponer de bienes personales y bienes inmuebles del Poderdante, sujeto a cualquier limitación indicada en esta Carta Poder.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Abrir, cerrar, administrar y realizar operaciones en cuentas bancarias, cuentas de inversión u otras cuentas financieras del Poderdante.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Cobrar, depositar, endosar y recibir dinero, cheques, pagos, beneficios, reembolsos u otros fondos adeudados al Poderdante.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Firmar, presentar y recibir documentos ante entidades gubernamentales, instituciones financieras, compañías de seguros, empleadores, proveedores de servicios y otras personas o entidades.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Celebrar, modificar, cumplir o terminar contratos ordinarios relacionados con los asuntos personales, financieros o patrimoniales del Poderdante.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Contratar profesionales, asesores, agentes o proveedores cuando sea razonablemente necesario para ejercer las facultades otorgadas.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IV. Limitaciones.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Esta Carta Poder no autoriza al Apoderado a tomar decisiones de atención médica por el Poderdante, salvo que la ley aplicable y un documento separado lo permitan expresamente.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Apoderado no podrá hacer donaciones, modificar designaciones de beneficiarios, crear o modificar fideicomisos, renunciar a derechos importantes ni delegar sus facultades, salvo autorización expresa por escrito del Poderdante o cuando la ley aplicable lo permita.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Limitaciones adicionales: ____________ [Describa cualquier limitación adicional o escriba "Ninguna"].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V. Vigencia.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Esta Carta Poder entrará en vigor el ____________ [Fecha de entrada en vigor].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Esta Carta Poder terminará el ____________ [Fecha de terminación o evento de terminación], salvo que sea revocada antes por el Poderdante o termine por mandato de la ley aplicable.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Durabilidad: ____________ [Indique si esta Carta Poder continuará o no continuará vigente si el Poderdante queda incapacitado, según lo permita la ley aplicable].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VI. Revocación.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Poderdante podrá revocar esta Carta Poder en cualquier momento mediante aviso escrito al Apoderado y a cualquier persona o entidad que razonablemente dependa de este documento.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La revocación no afectará los actos realizados de buena fe por el Apoderado antes de recibir aviso de dicha revocación.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VII. Ley Aplicable.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Esta Carta Poder se regirá e interpretará de conformidad con las leyes del Estado de ____________ [Estado de Estados Unidos cuya ley regirá la Carta Poder], sin perjuicio de las normas obligatorias que resulten aplicables.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VIII. Firmas.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Poderdante: ________________________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Nombre: ____________ [Nombre completo del Poderdante]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[Fecha de firma del Poderdante]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/>
          <w:sz w:val="24"/>
        </w:rPr>
        <w:t>Aceptación del Apoderado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Acepto el nombramiento como Apoderado y acepto actuar de conformidad con esta Carta Poder y la ley aplicable.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Apoderado: ________________________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Nombre: ____________ [Nombre completo del Apoderado]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[Fecha de firma del Apoderado]</w:t>
      </w:r>
    </w:p>
    <w:p>
      <w:pPr>
        <w:spacing w:before="360" w:after="480" w:line="264" w:lineRule="auto"/>
        <w:jc w:val="center"/>
      </w:pPr>
      <w:r>
        <w:rPr>
          <w:rFonts w:ascii="Times New Roman" w:hAnsi="Times New Roman" w:eastAsia="Times New Roman"/>
          <w:b/>
          <w:sz w:val="28"/>
        </w:rPr>
        <w:t>RECONOCIMIENTO NOTARIAL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Estado de ____________ [Estado]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Condado de ____________ [Condado]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El día ____________ [Fecha], ante mí, Notario Público autorizado en el condado y estado indicados, compareció personalmente ____________ [Nombre completo del Poderdante], quien acreditó satisfactoriamente su identidad y reconoció haber firmado esta Carta Poder voluntariamente para los fines aquí establecidos.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En testimonio de lo anterior, firmo y sello el presente reconocimiento.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Notario Público: ________________________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Nombre impreso: ________________________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Mi comisión vence: ________________________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Sello notarial, si corresponde: ____________ [Espacio para sello notarial, si corresponde]</w:t>
      </w:r>
    </w:p>
    <w:p/>
    <w:p>
      <w:pPr>
        <w:spacing w:before="280" w:after="0" w:line="360" w:lineRule="auto"/>
      </w:pPr>
      <w:r>
        <w:rPr>
          <w:rFonts w:ascii="Times New Roman" w:hAnsi="Times New Roman" w:eastAsia="Times New Roman"/>
          <w:b w:val="0"/>
          <w:sz w:val="24"/>
        </w:rPr>
        <w:t>Este documento no constituye asesoramiento legal. Para situaciones específicas, debe consultarse a un profesional legal cualificado.</w:t>
      </w:r>
    </w:p>
    <w:sectPr w:rsidR="00FC693F" w:rsidRPr="0006063C" w:rsidSect="00034616">
      <w:footerReference w:type="default" r:id="rId9"/>
      <w:pgSz w:w="12240" w:h="15840"/>
      <w:pgMar w:top="1296" w:right="1224" w:bottom="1080" w:left="1224" w:header="720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3168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left"/>
          </w:pPr>
          <w:hyperlink r:id="rId1">
            <w:r>
              <w:drawing>
                <wp:inline xmlns:a="http://schemas.openxmlformats.org/drawingml/2006/main" xmlns:pic="http://schemas.openxmlformats.org/drawingml/2006/picture">
                  <wp:extent cx="1143000" cy="127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templates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hyperlink>
        </w:p>
      </w:tc>
      <w:tc>
        <w:tcPr>
          <w:tcW w:type="dxa" w:w="302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center"/>
          </w:pPr>
          <w:r>
            <w:rPr>
              <w:rFonts w:ascii="Times New Roman" w:hAnsi="Times New Roman" w:eastAsia="Times New Roman"/>
              <w:b w:val="0"/>
              <w:sz w:val="24"/>
            </w:rPr>
            <w:t xml:space="preserve">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Times New Roman" w:hAnsi="Times New Roman" w:eastAsia="Times New Roman"/>
              <w:b w:val="0"/>
              <w:sz w:val="24"/>
            </w:rPr>
            <w:t xml:space="preserve"> de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type="dxa" w:w="3168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</w:pP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24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