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4112" cy="100218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54112" cy="10021824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4112" cy="100218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54112" cy="10021824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754112" cy="1002182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54112" cy="1002182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