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val="0"/>
        <w:widowControl/>
        <w:spacing w:before="0" w:after="360" w:line="240" w:lineRule="auto"/>
        <w:jc w:val="center"/>
      </w:pPr>
      <w:r>
        <w:rPr>
          <w:rFonts w:ascii="Times New Roman" w:hAnsi="Times New Roman" w:eastAsia="Times New Roman"/>
          <w:b/>
          <w:i w:val="0"/>
          <w:color w:val="000000"/>
          <w:sz w:val="48"/>
        </w:rPr>
        <w:t>ASSIGNMENT AGREEMENT</w:t>
      </w:r>
    </w:p>
    <w:p>
      <w:pPr>
        <w:keepNext w:val="0"/>
        <w:keepLines/>
        <w:widowControl/>
        <w:spacing w:before="0" w:after="240" w:line="360" w:lineRule="auto"/>
        <w:jc w:val="left"/>
      </w:pPr>
      <w:r>
        <w:rPr>
          <w:rFonts w:ascii="Times New Roman" w:hAnsi="Times New Roman" w:eastAsia="Times New Roman"/>
          <w:b w:val="0"/>
          <w:i w:val="0"/>
          <w:color w:val="000000"/>
          <w:sz w:val="24"/>
        </w:rPr>
        <w:t>This Assignment Agreement (the “Assignment”) is made as of ____________ [DATE] between ____________ [ASSIGNOR NAME] (the “Assignor”) and ____________ [ASSIGNEE NAME] (the “Assignee”).</w:t>
      </w:r>
    </w:p>
    <w:p>
      <w:pPr>
        <w:keepNext/>
        <w:keepLines w:val="0"/>
        <w:widowControl/>
        <w:spacing w:before="140" w:after="160" w:line="240" w:lineRule="auto"/>
        <w:jc w:val="left"/>
      </w:pPr>
      <w:r>
        <w:rPr>
          <w:rFonts w:ascii="Times New Roman" w:hAnsi="Times New Roman" w:eastAsia="Times New Roman"/>
          <w:b/>
          <w:i w:val="0"/>
          <w:color w:val="000000"/>
          <w:sz w:val="28"/>
        </w:rPr>
        <w:t>1. Assignment</w:t>
      </w:r>
    </w:p>
    <w:p>
      <w:pPr>
        <w:keepNext w:val="0"/>
        <w:keepLines w:val="0"/>
        <w:widowControl/>
        <w:spacing w:before="0" w:after="80" w:line="360" w:lineRule="auto"/>
        <w:jc w:val="left"/>
      </w:pPr>
      <w:r>
        <w:rPr>
          <w:rFonts w:ascii="Times New Roman" w:hAnsi="Times New Roman" w:eastAsia="Times New Roman"/>
          <w:b w:val="0"/>
          <w:i w:val="0"/>
          <w:color w:val="000000"/>
          <w:sz w:val="24"/>
        </w:rPr>
        <w:t>The Assignor assigns and transfers to the Assignee the Assignor’s transferable rights and interests in the following property, contract rights, intellectual property, or other interests:</w:t>
      </w:r>
    </w:p>
    <w:p>
      <w:pPr>
        <w:keepNext w:val="0"/>
        <w:keepLines w:val="0"/>
        <w:widowControl/>
        <w:spacing w:before="0" w:after="220" w:line="240" w:lineRule="auto"/>
        <w:jc w:val="left"/>
      </w:pPr>
      <w:r>
        <w:rPr>
          <w:rFonts w:ascii="Times New Roman" w:hAnsi="Times New Roman" w:eastAsia="Times New Roman"/>
          <w:b w:val="0"/>
          <w:i w:val="0"/>
          <w:color w:val="000000"/>
          <w:sz w:val="24"/>
        </w:rPr>
        <w:t>____________________________________________________________________________</w:t>
      </w:r>
    </w:p>
    <w:p>
      <w:pPr>
        <w:keepNext w:val="0"/>
        <w:keepLines w:val="0"/>
        <w:widowControl/>
        <w:spacing w:before="0" w:after="220" w:line="240" w:lineRule="auto"/>
        <w:jc w:val="left"/>
      </w:pPr>
      <w:r>
        <w:rPr>
          <w:rFonts w:ascii="Times New Roman" w:hAnsi="Times New Roman" w:eastAsia="Times New Roman"/>
          <w:b w:val="0"/>
          <w:i w:val="0"/>
          <w:color w:val="000000"/>
          <w:sz w:val="24"/>
        </w:rPr>
        <w:t>____________________________________________________________________________</w:t>
      </w:r>
    </w:p>
    <w:p>
      <w:pPr>
        <w:keepNext w:val="0"/>
        <w:keepLines w:val="0"/>
        <w:widowControl/>
        <w:spacing w:before="0" w:after="220" w:line="240" w:lineRule="auto"/>
        <w:jc w:val="left"/>
      </w:pPr>
      <w:r>
        <w:rPr>
          <w:rFonts w:ascii="Times New Roman" w:hAnsi="Times New Roman" w:eastAsia="Times New Roman"/>
          <w:b w:val="0"/>
          <w:i w:val="0"/>
          <w:color w:val="000000"/>
          <w:sz w:val="24"/>
        </w:rPr>
        <w:t>____________________________________________________________________________</w:t>
      </w:r>
    </w:p>
    <w:p>
      <w:pPr>
        <w:keepNext w:val="0"/>
        <w:keepLines w:val="0"/>
        <w:widowControl/>
        <w:spacing w:before="0" w:after="140" w:line="360" w:lineRule="auto"/>
        <w:jc w:val="left"/>
      </w:pPr>
      <w:r>
        <w:rPr>
          <w:rFonts w:ascii="Times New Roman" w:hAnsi="Times New Roman" w:eastAsia="Times New Roman"/>
          <w:b w:val="0"/>
          <w:i w:val="0"/>
          <w:color w:val="000000"/>
          <w:sz w:val="24"/>
        </w:rPr>
        <w:t>[DESCRIBE THE RIGHTS OR INTERESTS BEING ASSIGNED]</w:t>
      </w:r>
    </w:p>
    <w:p>
      <w:pPr>
        <w:keepNext w:val="0"/>
        <w:keepLines w:val="0"/>
        <w:widowControl/>
        <w:spacing w:before="0" w:after="240" w:line="360" w:lineRule="auto"/>
        <w:jc w:val="left"/>
      </w:pPr>
      <w:r>
        <w:rPr>
          <w:rFonts w:ascii="Times New Roman" w:hAnsi="Times New Roman" w:eastAsia="Times New Roman"/>
          <w:b w:val="0"/>
          <w:i w:val="0"/>
          <w:color w:val="000000"/>
          <w:sz w:val="24"/>
        </w:rPr>
        <w:t>The Assignee accepts the assignment of those rights and interests.</w:t>
      </w:r>
    </w:p>
    <w:p>
      <w:pPr>
        <w:keepNext/>
        <w:keepLines w:val="0"/>
        <w:widowControl/>
        <w:spacing w:before="140" w:after="160" w:line="240" w:lineRule="auto"/>
        <w:jc w:val="left"/>
      </w:pPr>
      <w:r>
        <w:rPr>
          <w:rFonts w:ascii="Times New Roman" w:hAnsi="Times New Roman" w:eastAsia="Times New Roman"/>
          <w:b/>
          <w:i w:val="0"/>
          <w:color w:val="000000"/>
          <w:sz w:val="28"/>
        </w:rPr>
        <w:t>2. Consideration</w:t>
      </w:r>
    </w:p>
    <w:p>
      <w:pPr>
        <w:keepNext w:val="0"/>
        <w:keepLines w:val="0"/>
        <w:widowControl/>
        <w:spacing w:before="0" w:after="80" w:line="360" w:lineRule="auto"/>
        <w:jc w:val="left"/>
      </w:pPr>
      <w:r>
        <w:rPr>
          <w:rFonts w:ascii="Times New Roman" w:hAnsi="Times New Roman" w:eastAsia="Times New Roman"/>
          <w:b w:val="0"/>
          <w:i w:val="0"/>
          <w:color w:val="000000"/>
          <w:sz w:val="24"/>
        </w:rPr>
        <w:t>In consideration for this Assignment, the Assignee will provide the following payment or other consideration to the Assignor:</w:t>
      </w:r>
    </w:p>
    <w:p>
      <w:pPr>
        <w:keepNext w:val="0"/>
        <w:keepLines w:val="0"/>
        <w:widowControl/>
        <w:spacing w:before="0" w:after="220" w:line="240" w:lineRule="auto"/>
        <w:jc w:val="left"/>
      </w:pPr>
      <w:r>
        <w:rPr>
          <w:rFonts w:ascii="Times New Roman" w:hAnsi="Times New Roman" w:eastAsia="Times New Roman"/>
          <w:b w:val="0"/>
          <w:i w:val="0"/>
          <w:color w:val="000000"/>
          <w:sz w:val="24"/>
        </w:rPr>
        <w:t>____________________________________________________________________________</w:t>
      </w:r>
    </w:p>
    <w:p>
      <w:pPr>
        <w:keepNext w:val="0"/>
        <w:keepLines w:val="0"/>
        <w:widowControl/>
        <w:spacing w:before="0" w:after="240" w:line="360" w:lineRule="auto"/>
        <w:jc w:val="left"/>
      </w:pPr>
      <w:r>
        <w:rPr>
          <w:rFonts w:ascii="Times New Roman" w:hAnsi="Times New Roman" w:eastAsia="Times New Roman"/>
          <w:b w:val="0"/>
          <w:i w:val="0"/>
          <w:color w:val="000000"/>
          <w:sz w:val="24"/>
        </w:rPr>
        <w:t>[DESCRIBE THE CONSIDERATION, OR STATE “NO SEPARATE CONSIDERATION” IF APPLICABLE]</w:t>
      </w:r>
    </w:p>
    <w:p>
      <w:pPr>
        <w:keepNext/>
        <w:keepLines w:val="0"/>
        <w:widowControl/>
        <w:spacing w:before="140" w:after="160" w:line="240" w:lineRule="auto"/>
        <w:jc w:val="left"/>
      </w:pPr>
      <w:r>
        <w:rPr>
          <w:rFonts w:ascii="Times New Roman" w:hAnsi="Times New Roman" w:eastAsia="Times New Roman"/>
          <w:b/>
          <w:i w:val="0"/>
          <w:color w:val="000000"/>
          <w:sz w:val="28"/>
        </w:rPr>
        <w:t>3. Assignor Statements</w:t>
      </w:r>
    </w:p>
    <w:p>
      <w:pPr>
        <w:keepNext w:val="0"/>
        <w:keepLines w:val="0"/>
        <w:widowControl/>
        <w:spacing w:before="0" w:after="240" w:line="360" w:lineRule="auto"/>
        <w:jc w:val="left"/>
      </w:pPr>
      <w:r>
        <w:rPr>
          <w:rFonts w:ascii="Times New Roman" w:hAnsi="Times New Roman" w:eastAsia="Times New Roman"/>
          <w:b w:val="0"/>
          <w:i w:val="0"/>
          <w:color w:val="000000"/>
          <w:sz w:val="24"/>
        </w:rPr>
        <w:t>To the Assignor’s knowledge, the Assignor holds the rights and interests described in this Assignment and has not previously transferred those same rights and interests to another person or organization, except as otherwise disclosed.</w:t>
      </w:r>
    </w:p>
    <w:p>
      <w:pPr>
        <w:keepNext/>
        <w:keepLines w:val="0"/>
        <w:widowControl/>
        <w:spacing w:before="140" w:after="160" w:line="240" w:lineRule="auto"/>
        <w:jc w:val="left"/>
      </w:pPr>
      <w:r>
        <w:rPr>
          <w:rFonts w:ascii="Times New Roman" w:hAnsi="Times New Roman" w:eastAsia="Times New Roman"/>
          <w:b/>
          <w:i w:val="0"/>
          <w:color w:val="000000"/>
          <w:sz w:val="28"/>
        </w:rPr>
        <w:t>4. Transfer Restrictions</w:t>
      </w:r>
    </w:p>
    <w:p>
      <w:pPr>
        <w:keepNext w:val="0"/>
        <w:keepLines w:val="0"/>
        <w:widowControl/>
        <w:spacing w:before="0" w:after="240" w:line="360" w:lineRule="auto"/>
        <w:jc w:val="left"/>
      </w:pPr>
      <w:r>
        <w:rPr>
          <w:rFonts w:ascii="Times New Roman" w:hAnsi="Times New Roman" w:eastAsia="Times New Roman"/>
          <w:b w:val="0"/>
          <w:i w:val="0"/>
          <w:color w:val="000000"/>
          <w:sz w:val="24"/>
        </w:rPr>
        <w:t>This Assignment is subject to any restriction, consent requirement, or limitation contained in any applicable agreement or imposed by applicable law.</w:t>
      </w:r>
    </w:p>
    <w:p>
      <w:pPr>
        <w:keepNext/>
        <w:keepLines w:val="0"/>
        <w:widowControl/>
        <w:spacing w:before="140" w:after="160" w:line="240" w:lineRule="auto"/>
        <w:jc w:val="left"/>
      </w:pPr>
      <w:r>
        <w:rPr>
          <w:rFonts w:ascii="Times New Roman" w:hAnsi="Times New Roman" w:eastAsia="Times New Roman"/>
          <w:b/>
          <w:i w:val="0"/>
          <w:color w:val="000000"/>
          <w:sz w:val="28"/>
        </w:rPr>
        <w:t>5. Governing Law</w:t>
      </w:r>
    </w:p>
    <w:p>
      <w:pPr>
        <w:keepNext w:val="0"/>
        <w:keepLines w:val="0"/>
        <w:widowControl/>
        <w:spacing w:before="0" w:after="240" w:line="360" w:lineRule="auto"/>
        <w:jc w:val="left"/>
      </w:pPr>
      <w:r>
        <w:rPr>
          <w:rFonts w:ascii="Times New Roman" w:hAnsi="Times New Roman" w:eastAsia="Times New Roman"/>
          <w:b w:val="0"/>
          <w:i w:val="0"/>
          <w:color w:val="000000"/>
          <w:sz w:val="24"/>
        </w:rPr>
        <w:t>This Assignment will be governed by and construed in accordance with the laws of the State of ____________ [STATE].</w:t>
      </w:r>
    </w:p>
    <w:p>
      <w:pPr>
        <w:keepNext/>
        <w:keepLines w:val="0"/>
        <w:widowControl/>
        <w:spacing w:before="140" w:after="160" w:line="240" w:lineRule="auto"/>
        <w:jc w:val="left"/>
      </w:pPr>
      <w:r>
        <w:rPr>
          <w:rFonts w:ascii="Times New Roman" w:hAnsi="Times New Roman" w:eastAsia="Times New Roman"/>
          <w:b/>
          <w:i w:val="0"/>
          <w:color w:val="000000"/>
          <w:sz w:val="28"/>
        </w:rPr>
        <w:t>6. Entire Agreement</w:t>
      </w:r>
    </w:p>
    <w:p>
      <w:pPr>
        <w:keepNext w:val="0"/>
        <w:keepLines w:val="0"/>
        <w:widowControl/>
        <w:spacing w:before="0" w:after="240" w:line="360" w:lineRule="auto"/>
        <w:jc w:val="left"/>
      </w:pPr>
      <w:r>
        <w:rPr>
          <w:rFonts w:ascii="Times New Roman" w:hAnsi="Times New Roman" w:eastAsia="Times New Roman"/>
          <w:b w:val="0"/>
          <w:i w:val="0"/>
          <w:color w:val="000000"/>
          <w:sz w:val="24"/>
        </w:rPr>
        <w:t>This Assignment constitutes the entire agreement between the parties concerning the transfer described above and supersedes any prior agreement or understanding between them concerning that transfer.</w:t>
      </w:r>
    </w:p>
    <w:p>
      <w:pPr>
        <w:keepNext/>
        <w:keepLines w:val="0"/>
        <w:widowControl/>
        <w:spacing w:before="140" w:after="160" w:line="240" w:lineRule="auto"/>
        <w:jc w:val="left"/>
      </w:pPr>
      <w:r>
        <w:rPr>
          <w:rFonts w:ascii="Times New Roman" w:hAnsi="Times New Roman" w:eastAsia="Times New Roman"/>
          <w:b/>
          <w:i w:val="0"/>
          <w:color w:val="000000"/>
          <w:sz w:val="28"/>
        </w:rPr>
        <w:t>7. Signatures</w:t>
      </w:r>
    </w:p>
    <w:p>
      <w:pPr>
        <w:keepNext w:val="0"/>
        <w:keepLines/>
        <w:widowControl/>
        <w:spacing w:before="0" w:after="40" w:line="360" w:lineRule="auto"/>
        <w:jc w:val="left"/>
      </w:pPr>
      <w:r>
        <w:rPr>
          <w:rFonts w:ascii="Times New Roman" w:hAnsi="Times New Roman" w:eastAsia="Times New Roman"/>
          <w:b/>
          <w:i w:val="0"/>
          <w:color w:val="000000"/>
          <w:sz w:val="24"/>
        </w:rPr>
        <w:t>ASSIGNOR</w:t>
      </w:r>
    </w:p>
    <w:p>
      <w:pPr>
        <w:keepNext w:val="0"/>
        <w:keepLines/>
        <w:widowControl/>
        <w:spacing w:before="0" w:after="40" w:line="360" w:lineRule="auto"/>
        <w:jc w:val="left"/>
      </w:pPr>
      <w:r>
        <w:rPr>
          <w:rFonts w:ascii="Times New Roman" w:hAnsi="Times New Roman" w:eastAsia="Times New Roman"/>
          <w:b w:val="0"/>
          <w:i w:val="0"/>
          <w:color w:val="000000"/>
          <w:sz w:val="24"/>
        </w:rPr>
        <w:t>Signature: ______________________________</w:t>
      </w:r>
    </w:p>
    <w:p>
      <w:pPr>
        <w:keepNext w:val="0"/>
        <w:keepLines/>
        <w:widowControl/>
        <w:spacing w:before="0" w:after="40" w:line="360" w:lineRule="auto"/>
        <w:jc w:val="left"/>
      </w:pPr>
      <w:r>
        <w:rPr>
          <w:rFonts w:ascii="Times New Roman" w:hAnsi="Times New Roman" w:eastAsia="Times New Roman"/>
          <w:b w:val="0"/>
          <w:i w:val="0"/>
          <w:color w:val="000000"/>
          <w:sz w:val="24"/>
        </w:rPr>
        <w:t xml:space="preserve"> Name: ________________________________</w:t>
      </w:r>
    </w:p>
    <w:p>
      <w:pPr>
        <w:keepNext w:val="0"/>
        <w:keepLines/>
        <w:widowControl/>
        <w:spacing w:before="0" w:after="180" w:line="360" w:lineRule="auto"/>
        <w:jc w:val="left"/>
      </w:pPr>
      <w:r>
        <w:rPr>
          <w:rFonts w:ascii="Times New Roman" w:hAnsi="Times New Roman" w:eastAsia="Times New Roman"/>
          <w:b w:val="0"/>
          <w:i w:val="0"/>
          <w:color w:val="000000"/>
          <w:sz w:val="24"/>
        </w:rPr>
        <w:t xml:space="preserve"> Date: _________________________________</w:t>
      </w:r>
    </w:p>
    <w:p>
      <w:pPr>
        <w:keepNext w:val="0"/>
        <w:keepLines/>
        <w:widowControl/>
        <w:spacing w:before="0" w:after="40" w:line="360" w:lineRule="auto"/>
        <w:jc w:val="left"/>
      </w:pPr>
      <w:r>
        <w:rPr>
          <w:rFonts w:ascii="Times New Roman" w:hAnsi="Times New Roman" w:eastAsia="Times New Roman"/>
          <w:b/>
          <w:i w:val="0"/>
          <w:color w:val="000000"/>
          <w:sz w:val="24"/>
        </w:rPr>
        <w:t>ASSIGNEE</w:t>
      </w:r>
    </w:p>
    <w:p>
      <w:pPr>
        <w:keepNext w:val="0"/>
        <w:keepLines/>
        <w:widowControl/>
        <w:spacing w:before="0" w:after="40" w:line="360" w:lineRule="auto"/>
        <w:jc w:val="left"/>
      </w:pPr>
      <w:r>
        <w:rPr>
          <w:rFonts w:ascii="Times New Roman" w:hAnsi="Times New Roman" w:eastAsia="Times New Roman"/>
          <w:b w:val="0"/>
          <w:i w:val="0"/>
          <w:color w:val="000000"/>
          <w:sz w:val="24"/>
        </w:rPr>
        <w:t>Signature: ______________________________</w:t>
      </w:r>
    </w:p>
    <w:p>
      <w:pPr>
        <w:keepNext w:val="0"/>
        <w:keepLines/>
        <w:widowControl/>
        <w:spacing w:before="0" w:after="40" w:line="360" w:lineRule="auto"/>
        <w:jc w:val="left"/>
      </w:pPr>
      <w:r>
        <w:rPr>
          <w:rFonts w:ascii="Times New Roman" w:hAnsi="Times New Roman" w:eastAsia="Times New Roman"/>
          <w:b w:val="0"/>
          <w:i w:val="0"/>
          <w:color w:val="000000"/>
          <w:sz w:val="24"/>
        </w:rPr>
        <w:t xml:space="preserve"> Name: ________________________________</w:t>
      </w:r>
    </w:p>
    <w:p>
      <w:pPr>
        <w:keepNext w:val="0"/>
        <w:keepLines/>
        <w:widowControl/>
        <w:spacing w:before="0" w:after="360" w:line="360" w:lineRule="auto"/>
        <w:jc w:val="left"/>
      </w:pPr>
      <w:r>
        <w:rPr>
          <w:rFonts w:ascii="Times New Roman" w:hAnsi="Times New Roman" w:eastAsia="Times New Roman"/>
          <w:b w:val="0"/>
          <w:i w:val="0"/>
          <w:color w:val="000000"/>
          <w:sz w:val="24"/>
        </w:rPr>
        <w:t xml:space="preserve"> Date: _________________________________</w:t>
      </w:r>
    </w:p>
    <w:p>
      <w:pPr>
        <w:keepNext w:val="0"/>
        <w:keepLines w:val="0"/>
        <w:widowControl/>
        <w:spacing w:before="0" w:after="0" w:line="360" w:lineRule="auto"/>
        <w:jc w:val="left"/>
      </w:pPr>
      <w:r>
        <w:rPr>
          <w:rFonts w:ascii="Times New Roman" w:hAnsi="Times New Roman" w:eastAsia="Times New Roman"/>
          <w:b w:val="0"/>
          <w:i w:val="0"/>
          <w:color w:val="000000"/>
          <w:sz w:val="24"/>
        </w:rPr>
        <w:t>This document does not constitute legal advice and is provided for informational and template purposes only. The laws governing the assignment agreements vary by state and by the specific terms of the original agreement. A qualified legal professional should be consulted before executing this Assignment or relying upon it for any specific legal, business, or financial situation.</w:t>
      </w:r>
    </w:p>
    <w:sectPr w:rsidR="00FC693F" w:rsidRPr="0006063C" w:rsidSect="00034616">
      <w:footerReference w:type="default" r:id="rId9"/>
      <w:pgSz w:w="12240" w:h="15840"/>
      <w:pgMar w:top="1037" w:right="1296" w:bottom="1037" w:left="1296"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enter"/>
      </w:tabs>
      <w:spacing w:before="0" w:after="0" w:line="240" w:lineRule="auto"/>
      <w:jc w:val="left"/>
    </w:pPr>
    <w:hyperlink r:id="rId2">
      <w:r>
        <w:drawing>
          <wp:inline xmlns:a="http://schemas.openxmlformats.org/drawingml/2006/main" xmlns:pic="http://schemas.openxmlformats.org/drawingml/2006/picture">
            <wp:extent cx="1078992" cy="119888"/>
            <wp:docPr id="1" name="Picture 1"/>
            <wp:cNvGraphicFramePr>
              <a:graphicFrameLocks noChangeAspect="1"/>
            </wp:cNvGraphicFramePr>
            <a:graphic>
              <a:graphicData uri="http://schemas.openxmlformats.org/drawingml/2006/picture">
                <pic:pic>
                  <pic:nvPicPr>
                    <pic:cNvPr id="0" name="Logo-templates.jpg"/>
                    <pic:cNvPicPr/>
                  </pic:nvPicPr>
                  <pic:blipFill>
                    <a:blip r:embed="rId1"/>
                    <a:stretch>
                      <a:fillRect/>
                    </a:stretch>
                  </pic:blipFill>
                  <pic:spPr>
                    <a:xfrm>
                      <a:off x="0" y="0"/>
                      <a:ext cx="1078992" cy="119888"/>
                    </a:xfrm>
                    <a:prstGeom prst="rect"/>
                  </pic:spPr>
                </pic:pic>
              </a:graphicData>
            </a:graphic>
          </wp:inline>
        </w:drawing>
      </w:r>
    </w:hyperlink>
    <w:r>
      <w:tab/>
    </w:r>
    <w:r>
      <w:rPr>
        <w:rFonts w:ascii="Times New Roman" w:hAnsi="Times New Roman" w:eastAsia="Times New Roman"/>
        <w:b w:val="0"/>
        <w:i w:val="0"/>
        <w:color w:val="000000"/>
        <w:sz w:val="20"/>
      </w:rPr>
      <w:t xml:space="preserve">Page </w:t>
    </w: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separate"/>
      <w:t>1</w:t>
    </w:r>
    <w:r>
      <w:rPr>
        <w:rFonts w:ascii="Times New Roman" w:hAnsi="Times New Roman"/>
        <w:sz w:val="20"/>
      </w:rPr>
      <w:fldChar w:fldCharType="end"/>
    </w:r>
    <w:r>
      <w:rPr>
        <w:rFonts w:ascii="Times New Roman" w:hAnsi="Times New Roman" w:eastAsia="Times New Roman"/>
        <w:b w:val="0"/>
        <w:i w:val="0"/>
        <w:color w:val="000000"/>
        <w:sz w:val="20"/>
      </w:rPr>
      <w:t xml:space="preserve"> of </w:t>
    </w:r>
    <w:r>
      <w:rPr>
        <w:rFonts w:ascii="Times New Roman" w:hAnsi="Times New Roman"/>
        <w:sz w:val="20"/>
      </w:rPr>
      <w:fldChar w:fldCharType="begin"/>
    </w:r>
    <w:r>
      <w:rPr>
        <w:rFonts w:ascii="Times New Roman" w:hAnsi="Times New Roman"/>
        <w:sz w:val="20"/>
      </w:rPr>
      <w:instrText xml:space="preserve"> NUMPAGES </w:instrText>
    </w:r>
    <w:r>
      <w:rPr>
        <w:rFonts w:ascii="Times New Roman" w:hAnsi="Times New Roman"/>
        <w:sz w:val="20"/>
      </w:rPr>
      <w:fldChar w:fldCharType="separate"/>
      <w:t>1</w:t>
    </w:r>
    <w:r>
      <w:rPr>
        <w:rFonts w:ascii="Times New Roman" w:hAnsi="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https://www.lawdistri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Agreement</dc:title>
  <dc:subject>Lawdistrict Assignment Agreement Template</dc:subject>
  <dc:creator>Lawdistrict</dc:creator>
  <cp:keywords>assignment agreement, template, United States</cp:keywords>
  <dc:description/>
  <cp:lastModifiedBy/>
  <cp:revision>1</cp:revision>
  <dcterms:created xsi:type="dcterms:W3CDTF">2013-12-23T23:15:00Z</dcterms:created>
  <dcterms:modified xsi:type="dcterms:W3CDTF">2013-12-23T23:15:00Z</dcterms:modified>
  <cp:category/>
</cp:coreProperties>
</file>