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80" w:line="360" w:lineRule="auto"/>
        <w:jc w:val="center"/>
      </w:pPr>
      <w:r>
        <w:rPr>
          <w:rFonts w:ascii="Times New Roman" w:hAnsi="Times New Roman"/>
          <w:b/>
          <w:sz w:val="48"/>
        </w:rPr>
        <w:t>ARIZONA PROMISSORY NOTE</w:t>
      </w:r>
    </w:p>
    <w:p>
      <w:pPr>
        <w:spacing w:after="240" w:line="360" w:lineRule="auto"/>
      </w:pPr>
      <w:r>
        <w:rPr>
          <w:rFonts w:ascii="Times New Roman" w:hAnsi="Times New Roman"/>
          <w:b/>
          <w:sz w:val="28"/>
        </w:rPr>
        <w:t>DATE OF VALIDITY</w:t>
      </w:r>
    </w:p>
    <w:p>
      <w:pPr>
        <w:spacing w:after="240" w:line="360" w:lineRule="auto"/>
      </w:pPr>
      <w:r>
        <w:rPr>
          <w:rFonts w:ascii="Times New Roman" w:hAnsi="Times New Roman"/>
          <w:b w:val="0"/>
          <w:sz w:val="24"/>
        </w:rPr>
        <w:t>This Promissory Note, referred to hereinafter as the "Note," commences as of ____________ [Effective date in MM/DD/YYYY format].</w:t>
      </w:r>
    </w:p>
    <w:p>
      <w:pPr>
        <w:spacing w:after="240" w:line="360" w:lineRule="auto"/>
      </w:pPr>
      <w:r>
        <w:rPr>
          <w:rFonts w:ascii="Times New Roman" w:hAnsi="Times New Roman"/>
          <w:b/>
          <w:sz w:val="28"/>
        </w:rPr>
        <w:t>PARTIES</w:t>
      </w:r>
    </w:p>
    <w:p>
      <w:pPr>
        <w:spacing w:after="240" w:line="360" w:lineRule="auto"/>
      </w:pPr>
      <w:r>
        <w:rPr>
          <w:rFonts w:ascii="Times New Roman" w:hAnsi="Times New Roman"/>
          <w:b w:val="0"/>
          <w:sz w:val="24"/>
        </w:rPr>
        <w:t>This Note is made between the following private individuals:</w:t>
      </w:r>
    </w:p>
    <w:p>
      <w:pPr>
        <w:spacing w:after="240" w:line="360" w:lineRule="auto"/>
      </w:pPr>
      <w:r>
        <w:rPr>
          <w:rFonts w:ascii="Times New Roman" w:hAnsi="Times New Roman"/>
          <w:b/>
          <w:sz w:val="24"/>
        </w:rPr>
        <w:t>Borrower:</w:t>
      </w:r>
      <w:r>
        <w:rPr>
          <w:rFonts w:ascii="Times New Roman" w:hAnsi="Times New Roman"/>
          <w:b w:val="0"/>
          <w:sz w:val="24"/>
        </w:rPr>
        <w:t xml:space="preserve"> ____________ [Borrower's full legal name], with a mailing address of ____________ [Borrower's street address, city, Arizona ZIP code], referred to hereinafter as the "Borrower."</w:t>
      </w:r>
    </w:p>
    <w:p>
      <w:pPr>
        <w:spacing w:after="240" w:line="360" w:lineRule="auto"/>
      </w:pPr>
      <w:r>
        <w:rPr>
          <w:rFonts w:ascii="Times New Roman" w:hAnsi="Times New Roman"/>
          <w:b/>
          <w:sz w:val="24"/>
        </w:rPr>
        <w:t>Lender:</w:t>
      </w:r>
      <w:r>
        <w:rPr>
          <w:rFonts w:ascii="Times New Roman" w:hAnsi="Times New Roman"/>
          <w:b w:val="0"/>
          <w:sz w:val="24"/>
        </w:rPr>
        <w:t xml:space="preserve"> ____________ [Lender's full legal name], with a mailing address of ____________ [Lender's street address, city, state, ZIP code], referred to hereinafter as the "Lender."</w:t>
      </w:r>
    </w:p>
    <w:p>
      <w:pPr>
        <w:spacing w:after="240" w:line="360" w:lineRule="auto"/>
      </w:pPr>
      <w:r>
        <w:rPr>
          <w:rFonts w:ascii="Times New Roman" w:hAnsi="Times New Roman"/>
          <w:b/>
          <w:sz w:val="28"/>
        </w:rPr>
        <w:t>LOANED AMOUNT</w:t>
      </w:r>
    </w:p>
    <w:p>
      <w:pPr>
        <w:spacing w:after="240" w:line="360" w:lineRule="auto"/>
      </w:pPr>
      <w:r>
        <w:rPr>
          <w:rFonts w:ascii="Times New Roman" w:hAnsi="Times New Roman"/>
          <w:b/>
          <w:sz w:val="24"/>
        </w:rPr>
        <w:t>Principal Sum:</w:t>
      </w:r>
      <w:r>
        <w:rPr>
          <w:rFonts w:ascii="Times New Roman" w:hAnsi="Times New Roman"/>
          <w:b w:val="0"/>
          <w:sz w:val="24"/>
        </w:rPr>
        <w:t xml:space="preserve"> The Borrower promises to pay the Lender the principal sum of ____________ [Loan amount written in words] Dollars ($____________ [Loan amount in numbers]), referred to hereinafter as the "Borrowed Money."</w:t>
      </w:r>
    </w:p>
    <w:p>
      <w:pPr>
        <w:spacing w:after="240" w:line="360" w:lineRule="auto"/>
      </w:pPr>
      <w:r>
        <w:rPr>
          <w:rFonts w:ascii="Times New Roman" w:hAnsi="Times New Roman"/>
          <w:b/>
          <w:sz w:val="24"/>
        </w:rPr>
        <w:t>Interest Rate:</w:t>
      </w:r>
      <w:r>
        <w:rPr>
          <w:rFonts w:ascii="Times New Roman" w:hAnsi="Times New Roman"/>
          <w:b w:val="0"/>
          <w:sz w:val="24"/>
        </w:rPr>
        <w:t xml:space="preserve"> Interest will accrue on the unpaid principal at a rate of ____________ [Annual interest rate, not to exceed the maximum rate allowed by Arizona law] percent per annum, beginning on the Effective Date and continuing according to the terms of this Note.</w:t>
      </w:r>
    </w:p>
    <w:p>
      <w:pPr>
        <w:spacing w:after="480" w:line="360" w:lineRule="auto"/>
        <w:jc w:val="center"/>
      </w:pPr>
      <w:r>
        <w:rPr>
          <w:rFonts w:ascii="Times New Roman" w:hAnsi="Times New Roman"/>
          <w:b/>
          <w:sz w:val="28"/>
        </w:rPr>
        <w:t>TERMS AND CONDITIONS</w:t>
      </w:r>
    </w:p>
    <w:p>
      <w:pPr>
        <w:spacing w:after="240" w:line="360" w:lineRule="auto"/>
      </w:pPr>
      <w:r>
        <w:rPr>
          <w:rFonts w:ascii="Times New Roman" w:hAnsi="Times New Roman"/>
          <w:b/>
          <w:sz w:val="28"/>
        </w:rPr>
        <w:t>1. PAYMENTS</w:t>
      </w:r>
    </w:p>
    <w:p>
      <w:pPr>
        <w:spacing w:after="240" w:line="360" w:lineRule="auto"/>
      </w:pPr>
      <w:r>
        <w:rPr>
          <w:rFonts w:ascii="Times New Roman" w:hAnsi="Times New Roman"/>
          <w:b w:val="0"/>
          <w:sz w:val="24"/>
        </w:rPr>
        <w:t>The full balance of this Note, including any accrued interest and late fees, is due and payable on ____________ [Due date in MM/DD/YYYY format], referred to hereinafter as the "Due Date."</w:t>
      </w:r>
    </w:p>
    <w:p>
      <w:pPr>
        <w:spacing w:after="240" w:line="360" w:lineRule="auto"/>
      </w:pPr>
      <w:r>
        <w:rPr>
          <w:rFonts w:ascii="Times New Roman" w:hAnsi="Times New Roman"/>
          <w:b w:val="0"/>
          <w:sz w:val="24"/>
        </w:rPr>
        <w:t>The Borrower will repay the amount owed by selecting one repayment method below:</w:t>
      </w:r>
    </w:p>
    <w:p>
      <w:pPr>
        <w:spacing w:after="240" w:line="360" w:lineRule="auto"/>
      </w:pPr>
      <w:r>
        <w:rPr>
          <w:rFonts w:ascii="Times New Roman" w:hAnsi="Times New Roman"/>
          <w:b/>
          <w:sz w:val="24"/>
        </w:rPr>
        <w:t>Repayment Method:</w:t>
      </w:r>
      <w:r>
        <w:rPr>
          <w:rFonts w:ascii="Times New Roman" w:hAnsi="Times New Roman"/>
          <w:b w:val="0"/>
          <w:sz w:val="24"/>
        </w:rPr>
        <w:t xml:space="preserve"> ____________ [Write "lump sum" or "installments"].</w:t>
      </w:r>
    </w:p>
    <w:p>
      <w:pPr>
        <w:spacing w:after="240" w:line="360" w:lineRule="auto"/>
        <w:ind w:left="360"/>
      </w:pPr>
      <w:r>
        <w:rPr>
          <w:rFonts w:ascii="Times New Roman" w:hAnsi="Times New Roman"/>
          <w:b/>
          <w:sz w:val="24"/>
        </w:rPr>
        <w:t>Lump Sum:</w:t>
      </w:r>
      <w:r>
        <w:rPr>
          <w:rFonts w:ascii="Times New Roman" w:hAnsi="Times New Roman"/>
          <w:b w:val="0"/>
          <w:sz w:val="24"/>
        </w:rPr>
        <w:t xml:space="preserve"> If lump sum repayment is selected, the Borrower will pay a single payment of ____________ [Total repayment amount written in words] Dollars ($____________ [Total repayment amount in numbers]) by the Due Date.</w:t>
      </w:r>
    </w:p>
    <w:p>
      <w:pPr>
        <w:spacing w:after="240" w:line="360" w:lineRule="auto"/>
        <w:ind w:left="360"/>
      </w:pPr>
      <w:r>
        <w:rPr>
          <w:rFonts w:ascii="Times New Roman" w:hAnsi="Times New Roman"/>
          <w:b/>
          <w:sz w:val="24"/>
        </w:rPr>
        <w:t>Installments:</w:t>
      </w:r>
      <w:r>
        <w:rPr>
          <w:rFonts w:ascii="Times New Roman" w:hAnsi="Times New Roman"/>
          <w:b w:val="0"/>
          <w:sz w:val="24"/>
        </w:rPr>
        <w:t xml:space="preserve"> If installment repayment is selected, the Borrower will pay ____________ [Installment amount written in words] Dollars ($____________ [Installment amount in numbers]) on a ____________ [Weekly, monthly, or quarterly] basis, with any remaining balance payable on the Due Date.</w:t>
      </w:r>
    </w:p>
    <w:p>
      <w:pPr>
        <w:spacing w:after="240" w:line="360" w:lineRule="auto"/>
      </w:pPr>
      <w:r>
        <w:rPr>
          <w:rFonts w:ascii="Times New Roman" w:hAnsi="Times New Roman"/>
          <w:b/>
          <w:sz w:val="28"/>
        </w:rPr>
        <w:t>2. UNSECURED NOTE</w:t>
      </w:r>
    </w:p>
    <w:p>
      <w:pPr>
        <w:spacing w:after="240" w:line="360" w:lineRule="auto"/>
      </w:pPr>
      <w:r>
        <w:rPr>
          <w:rFonts w:ascii="Times New Roman" w:hAnsi="Times New Roman"/>
          <w:b w:val="0"/>
          <w:sz w:val="24"/>
        </w:rPr>
        <w:t>This Note is unsecured. No collateral is pledged by the Borrower to secure repayment of the Borrowed Money.</w:t>
      </w:r>
    </w:p>
    <w:p>
      <w:pPr>
        <w:spacing w:after="240" w:line="360" w:lineRule="auto"/>
      </w:pPr>
      <w:r>
        <w:rPr>
          <w:rFonts w:ascii="Times New Roman" w:hAnsi="Times New Roman"/>
          <w:b/>
          <w:sz w:val="28"/>
        </w:rPr>
        <w:t>3. LATE PAYMENTS AND DEFAULT PROVISIONS</w:t>
      </w:r>
    </w:p>
    <w:p>
      <w:pPr>
        <w:spacing w:after="240" w:line="360" w:lineRule="auto"/>
      </w:pPr>
      <w:r>
        <w:rPr>
          <w:rFonts w:ascii="Times New Roman" w:hAnsi="Times New Roman"/>
          <w:b/>
          <w:sz w:val="24"/>
        </w:rPr>
        <w:t>Late Fee:</w:t>
      </w:r>
      <w:r>
        <w:rPr>
          <w:rFonts w:ascii="Times New Roman" w:hAnsi="Times New Roman"/>
          <w:b w:val="0"/>
          <w:sz w:val="24"/>
        </w:rPr>
        <w:t xml:space="preserve"> A late payment fee of ____________ [Late fee amount written in words] Dollars ($____________ [Late fee amount in numbers]) will be charged if an installment is not paid when due or if the full balance is not paid by the Due Date.</w:t>
      </w:r>
    </w:p>
    <w:p>
      <w:pPr>
        <w:spacing w:after="240" w:line="360" w:lineRule="auto"/>
      </w:pPr>
      <w:r>
        <w:rPr>
          <w:rFonts w:ascii="Times New Roman" w:hAnsi="Times New Roman"/>
          <w:b/>
          <w:sz w:val="24"/>
        </w:rPr>
        <w:t>Default Interest:</w:t>
      </w:r>
      <w:r>
        <w:rPr>
          <w:rFonts w:ascii="Times New Roman" w:hAnsi="Times New Roman"/>
          <w:b w:val="0"/>
          <w:sz w:val="24"/>
        </w:rPr>
        <w:t xml:space="preserve"> If the Borrower does not pay this Note in full by the Due Date or does not pay an installment when due, unpaid amounts will continue to accrue interest at the lesser of the rate stated in this Note or the maximum rate permitted by Arizona law until the default is cured.</w:t>
      </w:r>
    </w:p>
    <w:p>
      <w:pPr>
        <w:spacing w:after="240" w:line="360" w:lineRule="auto"/>
      </w:pPr>
      <w:r>
        <w:rPr>
          <w:rFonts w:ascii="Times New Roman" w:hAnsi="Times New Roman"/>
          <w:b/>
          <w:sz w:val="24"/>
        </w:rPr>
        <w:t>Acceleration:</w:t>
      </w:r>
      <w:r>
        <w:rPr>
          <w:rFonts w:ascii="Times New Roman" w:hAnsi="Times New Roman"/>
          <w:b w:val="0"/>
          <w:sz w:val="24"/>
        </w:rPr>
        <w:t xml:space="preserve"> If the Borrower defaults under this Note and does not cure the default within the minimum time required by applicable law after written notice is provided, the Lender may declare all outstanding sums immediately due and payable.</w:t>
      </w:r>
    </w:p>
    <w:p>
      <w:pPr>
        <w:spacing w:after="240" w:line="360" w:lineRule="auto"/>
      </w:pPr>
      <w:r>
        <w:rPr>
          <w:rFonts w:ascii="Times New Roman" w:hAnsi="Times New Roman"/>
          <w:b/>
          <w:sz w:val="28"/>
        </w:rPr>
        <w:t>4. ALLOCATION OF PAYMENTS</w:t>
      </w:r>
    </w:p>
    <w:p>
      <w:pPr>
        <w:spacing w:after="240" w:line="360" w:lineRule="auto"/>
      </w:pPr>
      <w:r>
        <w:rPr>
          <w:rFonts w:ascii="Times New Roman" w:hAnsi="Times New Roman"/>
          <w:b w:val="0"/>
          <w:sz w:val="24"/>
        </w:rPr>
        <w:t>Payments by the Borrower will be credited against the Borrowed Money owed in the following order: first, late fees owed by the Borrower; second, interest due; and third, the principal sum.</w:t>
      </w:r>
    </w:p>
    <w:p>
      <w:pPr>
        <w:spacing w:after="240" w:line="360" w:lineRule="auto"/>
      </w:pPr>
      <w:r>
        <w:rPr>
          <w:rFonts w:ascii="Times New Roman" w:hAnsi="Times New Roman"/>
          <w:b/>
          <w:sz w:val="28"/>
        </w:rPr>
        <w:t>5. PREPAYMENT</w:t>
      </w:r>
    </w:p>
    <w:p>
      <w:pPr>
        <w:spacing w:after="240" w:line="360" w:lineRule="auto"/>
      </w:pPr>
      <w:r>
        <w:rPr>
          <w:rFonts w:ascii="Times New Roman" w:hAnsi="Times New Roman"/>
          <w:b w:val="0"/>
          <w:sz w:val="24"/>
        </w:rPr>
        <w:t>The Borrower may repay all or part of the sums owed under this Note before the Due Date without penalty or additional fees.</w:t>
      </w:r>
    </w:p>
    <w:p>
      <w:pPr>
        <w:spacing w:after="240" w:line="360" w:lineRule="auto"/>
      </w:pPr>
      <w:r>
        <w:rPr>
          <w:rFonts w:ascii="Times New Roman" w:hAnsi="Times New Roman"/>
          <w:b/>
          <w:sz w:val="28"/>
        </w:rPr>
        <w:t>6. ATTORNEY'S FEES AND COSTS</w:t>
      </w:r>
    </w:p>
    <w:p>
      <w:pPr>
        <w:spacing w:after="240" w:line="360" w:lineRule="auto"/>
      </w:pPr>
      <w:r>
        <w:rPr>
          <w:rFonts w:ascii="Times New Roman" w:hAnsi="Times New Roman"/>
          <w:b w:val="0"/>
          <w:sz w:val="24"/>
        </w:rPr>
        <w:t>The Borrower shall pay reasonable costs that the Lender incurs when enforcing this Note and collecting debts owed after a default, including reasonable attorney's fees, to the extent permitted by law.</w:t>
      </w:r>
    </w:p>
    <w:p>
      <w:pPr>
        <w:spacing w:after="240" w:line="360" w:lineRule="auto"/>
      </w:pPr>
      <w:r>
        <w:rPr>
          <w:rFonts w:ascii="Times New Roman" w:hAnsi="Times New Roman"/>
          <w:b w:val="0"/>
          <w:sz w:val="24"/>
        </w:rPr>
        <w:t>If the Lender or Borrower pursues legal action to enforce this Note, the prevailing party may recover reasonable attorney's fees and costs from the non-prevailing party, to the extent permitted by law.</w:t>
      </w:r>
    </w:p>
    <w:p>
      <w:pPr>
        <w:spacing w:after="240" w:line="360" w:lineRule="auto"/>
      </w:pPr>
      <w:r>
        <w:rPr>
          <w:rFonts w:ascii="Times New Roman" w:hAnsi="Times New Roman"/>
          <w:b/>
          <w:sz w:val="28"/>
        </w:rPr>
        <w:t>7. ENFORCEABILITY OF THIS NOTE</w:t>
      </w:r>
    </w:p>
    <w:p>
      <w:pPr>
        <w:spacing w:after="240" w:line="360" w:lineRule="auto"/>
      </w:pPr>
      <w:r>
        <w:rPr>
          <w:rFonts w:ascii="Times New Roman" w:hAnsi="Times New Roman"/>
          <w:b/>
          <w:sz w:val="24"/>
        </w:rPr>
        <w:t>Non-Waiver:</w:t>
      </w:r>
      <w:r>
        <w:rPr>
          <w:rFonts w:ascii="Times New Roman" w:hAnsi="Times New Roman"/>
          <w:b w:val="0"/>
          <w:sz w:val="24"/>
        </w:rPr>
        <w:t xml:space="preserve"> Failure or delay by the Lender in exercising the Lender's rights under this Note will not be considered a waiver of those rights.</w:t>
      </w:r>
    </w:p>
    <w:p>
      <w:pPr>
        <w:spacing w:after="240" w:line="360" w:lineRule="auto"/>
      </w:pPr>
      <w:r>
        <w:rPr>
          <w:rFonts w:ascii="Times New Roman" w:hAnsi="Times New Roman"/>
          <w:b/>
          <w:sz w:val="24"/>
        </w:rPr>
        <w:t>Severability:</w:t>
      </w:r>
      <w:r>
        <w:rPr>
          <w:rFonts w:ascii="Times New Roman" w:hAnsi="Times New Roman"/>
          <w:b w:val="0"/>
          <w:sz w:val="24"/>
        </w:rPr>
        <w:t xml:space="preserve"> Any provision within this Note that is determined to be void or unenforceable for any reason will not invalidate the enforceability of any other provision.</w:t>
      </w:r>
    </w:p>
    <w:p>
      <w:pPr>
        <w:spacing w:after="240" w:line="360" w:lineRule="auto"/>
      </w:pPr>
      <w:r>
        <w:rPr>
          <w:rFonts w:ascii="Times New Roman" w:hAnsi="Times New Roman"/>
          <w:b/>
          <w:sz w:val="24"/>
        </w:rPr>
        <w:t>Integration:</w:t>
      </w:r>
      <w:r>
        <w:rPr>
          <w:rFonts w:ascii="Times New Roman" w:hAnsi="Times New Roman"/>
          <w:b w:val="0"/>
          <w:sz w:val="24"/>
        </w:rPr>
        <w:t xml:space="preserve"> There are no verbal or other agreements that alter or affect the terms of this Note. This Note may not be modified or amended except by a written agreement signed by both the Borrower and the Lender.</w:t>
      </w:r>
    </w:p>
    <w:p>
      <w:pPr>
        <w:spacing w:after="240" w:line="360" w:lineRule="auto"/>
      </w:pPr>
      <w:r>
        <w:rPr>
          <w:rFonts w:ascii="Times New Roman" w:hAnsi="Times New Roman"/>
          <w:b/>
          <w:sz w:val="28"/>
        </w:rPr>
        <w:t>8. NOTICE</w:t>
      </w:r>
    </w:p>
    <w:p>
      <w:pPr>
        <w:spacing w:after="240" w:line="360" w:lineRule="auto"/>
      </w:pPr>
      <w:r>
        <w:rPr>
          <w:rFonts w:ascii="Times New Roman" w:hAnsi="Times New Roman"/>
          <w:b w:val="0"/>
          <w:sz w:val="24"/>
        </w:rPr>
        <w:t>Any notices required or permitted by this Note must be given in writing and delivered in person, by certified mail with postage prepaid and return receipt requested, by facsimile, or by a commercial overnight courier that provides a delivery receipt. All notices must be made to the parties at the addresses listed in this Note unless a party provides written notice of a new address.</w:t>
      </w:r>
    </w:p>
    <w:p>
      <w:pPr>
        <w:spacing w:after="240" w:line="360" w:lineRule="auto"/>
      </w:pPr>
      <w:r>
        <w:rPr>
          <w:rFonts w:ascii="Times New Roman" w:hAnsi="Times New Roman"/>
          <w:b/>
          <w:sz w:val="28"/>
        </w:rPr>
        <w:t>9. CO-SIGNER</w:t>
      </w:r>
    </w:p>
    <w:p>
      <w:pPr>
        <w:spacing w:after="240" w:line="360" w:lineRule="auto"/>
      </w:pPr>
      <w:r>
        <w:rPr>
          <w:rFonts w:ascii="Times New Roman" w:hAnsi="Times New Roman"/>
          <w:b/>
          <w:sz w:val="24"/>
        </w:rPr>
        <w:t>Co-Signer Selection:</w:t>
      </w:r>
      <w:r>
        <w:rPr>
          <w:rFonts w:ascii="Times New Roman" w:hAnsi="Times New Roman"/>
          <w:b w:val="0"/>
          <w:sz w:val="24"/>
        </w:rPr>
        <w:t xml:space="preserve"> ____________ [Write "co-signer" or "no co-signer"].</w:t>
      </w:r>
    </w:p>
    <w:p>
      <w:pPr>
        <w:spacing w:after="240" w:line="360" w:lineRule="auto"/>
      </w:pPr>
      <w:r>
        <w:rPr>
          <w:rFonts w:ascii="Times New Roman" w:hAnsi="Times New Roman"/>
          <w:b w:val="0"/>
          <w:sz w:val="24"/>
        </w:rPr>
        <w:t>If this Note has a co-signer, the co-signer is ____________ [Co-signer's full legal name], with a mailing address of ____________ [Co-signer's street address, city, state, ZIP code], referred to hereinafter as the "Co-Signer."</w:t>
      </w:r>
    </w:p>
    <w:p>
      <w:pPr>
        <w:spacing w:after="240" w:line="360" w:lineRule="auto"/>
      </w:pPr>
      <w:r>
        <w:rPr>
          <w:rFonts w:ascii="Times New Roman" w:hAnsi="Times New Roman"/>
          <w:b w:val="0"/>
          <w:sz w:val="24"/>
        </w:rPr>
        <w:t>The Co-Signer agrees to be personally responsible for the Borrower's payment obligations under this Note if the Borrower fails to pay as required.</w:t>
      </w:r>
    </w:p>
    <w:p>
      <w:pPr>
        <w:spacing w:after="240" w:line="360" w:lineRule="auto"/>
      </w:pPr>
      <w:r>
        <w:rPr>
          <w:rFonts w:ascii="Times New Roman" w:hAnsi="Times New Roman"/>
          <w:b/>
          <w:sz w:val="28"/>
        </w:rPr>
        <w:t>10. GOVERNING LAW</w:t>
      </w:r>
    </w:p>
    <w:p>
      <w:pPr>
        <w:spacing w:after="240" w:line="360" w:lineRule="auto"/>
      </w:pPr>
      <w:r>
        <w:rPr>
          <w:rFonts w:ascii="Times New Roman" w:hAnsi="Times New Roman"/>
          <w:b w:val="0"/>
          <w:sz w:val="24"/>
        </w:rPr>
        <w:t>This Note shall be governed by the laws of the State of Arizona.</w:t>
      </w:r>
    </w:p>
    <w:p>
      <w:pPr>
        <w:spacing w:after="240" w:line="360" w:lineRule="auto"/>
      </w:pPr>
      <w:r>
        <w:rPr>
          <w:rFonts w:ascii="Times New Roman" w:hAnsi="Times New Roman"/>
          <w:b/>
          <w:sz w:val="28"/>
        </w:rPr>
        <w:t>PARTY SIGNATURES</w:t>
      </w:r>
    </w:p>
    <w:p>
      <w:pPr>
        <w:spacing w:after="240" w:line="360" w:lineRule="auto"/>
      </w:pPr>
      <w:r>
        <w:rPr>
          <w:rFonts w:ascii="Times New Roman" w:hAnsi="Times New Roman"/>
          <w:b w:val="0"/>
          <w:sz w:val="24"/>
        </w:rPr>
        <w:t>IN WITNESS WHEREOF, the parties have executed this Note as of the date signed below.</w:t>
      </w:r>
    </w:p>
    <w:p>
      <w:pPr>
        <w:spacing w:after="160" w:line="360" w:lineRule="auto"/>
      </w:pPr>
      <w:r>
        <w:rPr>
          <w:rFonts w:ascii="Times New Roman" w:hAnsi="Times New Roman"/>
          <w:b w:val="0"/>
          <w:sz w:val="24"/>
        </w:rPr>
      </w:r>
    </w:p>
    <w:p>
      <w:pPr>
        <w:spacing w:after="120" w:line="360" w:lineRule="auto"/>
      </w:pPr>
      <w:r>
        <w:rPr>
          <w:rFonts w:ascii="Times New Roman" w:hAnsi="Times New Roman"/>
          <w:b w:val="0"/>
          <w:sz w:val="24"/>
        </w:rPr>
        <w:t>Lender's Signature: ________________________    Date: ____________ [Date signed in MM/DD/YYYY format]</w:t>
      </w:r>
    </w:p>
    <w:p>
      <w:pPr>
        <w:spacing w:after="240" w:line="360" w:lineRule="auto"/>
      </w:pPr>
      <w:r>
        <w:rPr>
          <w:rFonts w:ascii="Times New Roman" w:hAnsi="Times New Roman"/>
          <w:b w:val="0"/>
          <w:sz w:val="24"/>
        </w:rPr>
        <w:t>Print Name: ____________ [Lender's printed full legal name]</w:t>
      </w:r>
    </w:p>
    <w:p>
      <w:pPr>
        <w:spacing w:after="160" w:line="360" w:lineRule="auto"/>
      </w:pPr>
      <w:r>
        <w:rPr>
          <w:rFonts w:ascii="Times New Roman" w:hAnsi="Times New Roman"/>
          <w:b w:val="0"/>
          <w:sz w:val="24"/>
        </w:rPr>
      </w:r>
    </w:p>
    <w:p>
      <w:pPr>
        <w:spacing w:after="120" w:line="360" w:lineRule="auto"/>
      </w:pPr>
      <w:r>
        <w:rPr>
          <w:rFonts w:ascii="Times New Roman" w:hAnsi="Times New Roman"/>
          <w:b w:val="0"/>
          <w:sz w:val="24"/>
        </w:rPr>
        <w:t>Borrower's Signature: ________________________    Date: ____________ [Date signed in MM/DD/YYYY format]</w:t>
      </w:r>
    </w:p>
    <w:p>
      <w:pPr>
        <w:spacing w:after="240" w:line="360" w:lineRule="auto"/>
      </w:pPr>
      <w:r>
        <w:rPr>
          <w:rFonts w:ascii="Times New Roman" w:hAnsi="Times New Roman"/>
          <w:b w:val="0"/>
          <w:sz w:val="24"/>
        </w:rPr>
        <w:t>Print Name: ____________ [Borrower's printed full legal name]</w:t>
      </w:r>
    </w:p>
    <w:p>
      <w:pPr>
        <w:spacing w:after="160" w:line="360" w:lineRule="auto"/>
      </w:pPr>
      <w:r>
        <w:rPr>
          <w:rFonts w:ascii="Times New Roman" w:hAnsi="Times New Roman"/>
          <w:b w:val="0"/>
          <w:sz w:val="24"/>
        </w:rPr>
      </w:r>
    </w:p>
    <w:p>
      <w:pPr>
        <w:spacing w:after="120" w:line="360" w:lineRule="auto"/>
      </w:pPr>
      <w:r>
        <w:rPr>
          <w:rFonts w:ascii="Times New Roman" w:hAnsi="Times New Roman"/>
          <w:b w:val="0"/>
          <w:sz w:val="24"/>
        </w:rPr>
        <w:t>Co-Signer's Signature: ________________________    Date: ____________ [Date signed in MM/DD/YYYY format]</w:t>
      </w:r>
    </w:p>
    <w:p>
      <w:pPr>
        <w:spacing w:after="240" w:line="360" w:lineRule="auto"/>
      </w:pPr>
      <w:r>
        <w:rPr>
          <w:rFonts w:ascii="Times New Roman" w:hAnsi="Times New Roman"/>
          <w:b w:val="0"/>
          <w:sz w:val="24"/>
        </w:rPr>
        <w:t>Print Name: ____________ [Co-Signer's printed full legal name]</w:t>
      </w:r>
    </w:p>
    <w:p>
      <w:pPr>
        <w:spacing w:after="360" w:line="360" w:lineRule="auto"/>
      </w:pPr>
      <w:r>
        <w:rPr>
          <w:rFonts w:ascii="Times New Roman" w:hAnsi="Times New Roman"/>
          <w:b w:val="0"/>
          <w:sz w:val="24"/>
        </w:rPr>
      </w:r>
    </w:p>
    <w:p>
      <w:pPr>
        <w:spacing w:after="240" w:line="360" w:lineRule="auto"/>
      </w:pPr>
      <w:r>
        <w:rPr>
          <w:rFonts w:ascii="Times New Roman" w:hAnsi="Times New Roman"/>
          <w:b w:val="0"/>
          <w:sz w:val="24"/>
        </w:rPr>
        <w:t>This document does not constitute legal advice. A qualified legal professional should be consulted for advice regarding specific circumstances.</w:t>
      </w:r>
    </w:p>
    <w:sectPr w:rsidR="00FC693F" w:rsidRPr="0006063C" w:rsidSect="00034616">
      <w:footerReference w:type="default" r:id="rId9"/>
      <w:pgSz w:w="12240" w:h="15840"/>
      <w:pgMar w:top="1080" w:right="1224" w:bottom="1080"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ook w:firstColumn="1" w:firstRow="1" w:lastColumn="0" w:lastRow="0" w:noHBand="0" w:noVBand="1" w:val="04A0"/>
      <w:tblBorders>
        <w:top w:val="nil"/>
        <w:left w:val="nil"/>
        <w:bottom w:val="nil"/>
        <w:right w:val="nil"/>
        <w:insideH w:val="nil"/>
        <w:insideV w:val="nil"/>
      </w:tblBorders>
    </w:tblPr>
    <w:tblGrid>
      <w:gridCol w:w="3264"/>
      <w:gridCol w:w="3264"/>
      <w:gridCol w:w="3264"/>
    </w:tblGrid>
    <w:tr>
      <w:tc>
        <w:tcPr>
          <w:tcW w:type="dxa" w:w="2100"/>
          <w:vAlign w:val="center"/>
        </w:tcPr>
        <w:p>
          <w:pPr>
            <w:spacing w:before="0" w:after="0" w:line="240" w:lineRule="auto"/>
            <w:jc w:val="left"/>
          </w:pPr>
          <w:r>
            <w:drawing>
              <wp:inline xmlns:a="http://schemas.openxmlformats.org/drawingml/2006/main" xmlns:pic="http://schemas.openxmlformats.org/drawingml/2006/picture">
                <wp:extent cx="822960" cy="91440"/>
                <wp:docPr id="1" name="Picture 1">
                  <a:hlinkClick r:id="rId1"/>
                </wp:docPr>
                <wp:cNvGraphicFramePr>
                  <a:graphicFrameLocks noChangeAspect="1"/>
                </wp:cNvGraphicFramePr>
                <a:graphic>
                  <a:graphicData uri="http://schemas.openxmlformats.org/drawingml/2006/picture">
                    <pic:pic>
                      <pic:nvPicPr>
                        <pic:cNvPr id="0" name="Logo-templates.jpg"/>
                        <pic:cNvPicPr/>
                      </pic:nvPicPr>
                      <pic:blipFill>
                        <a:blip r:embed="rId2"/>
                        <a:stretch>
                          <a:fillRect/>
                        </a:stretch>
                      </pic:blipFill>
                      <pic:spPr>
                        <a:xfrm>
                          <a:off x="0" y="0"/>
                          <a:ext cx="822960" cy="91440"/>
                        </a:xfrm>
                        <a:prstGeom prst="rect"/>
                      </pic:spPr>
                    </pic:pic>
                  </a:graphicData>
                </a:graphic>
              </wp:inline>
            </w:drawing>
          </w:r>
        </w:p>
      </w:tc>
      <w:tc>
        <w:tcPr>
          <w:tcW w:type="dxa" w:w="4020"/>
          <w:vAlign w:val="center"/>
        </w:tcPr>
        <w:p>
          <w:pPr>
            <w:spacing w:before="0" w:after="0" w:line="240" w:lineRule="auto"/>
            <w:jc w:val="center"/>
          </w:pPr>
          <w:r>
            <w:rPr>
              <w:rFonts w:ascii="Times New Roman" w:hAnsi="Times New Roman"/>
              <w:b w:val="0"/>
              <w:sz w:val="20"/>
            </w:rPr>
            <w:t xml:space="preserve">Page </w:t>
          </w:r>
          <w:r>
            <w:fldChar w:fldCharType="begin"/>
          </w:r>
          <w:r>
            <w:instrText xml:space="preserve"> PAGE </w:instrText>
          </w:r>
          <w:r>
            <w:fldChar w:fldCharType="separate"/>
          </w:r>
          <w:r>
            <w:rPr>
              <w:rFonts w:ascii="Times New Roman" w:hAnsi="Times New Roman"/>
              <w:b w:val="0"/>
              <w:sz w:val="20"/>
            </w:rPr>
            <w:t>1</w:t>
          </w:r>
          <w:r>
            <w:fldChar w:fldCharType="end"/>
          </w:r>
          <w:r>
            <w:rPr>
              <w:rFonts w:ascii="Times New Roman" w:hAnsi="Times New Roman"/>
              <w:b w:val="0"/>
              <w:sz w:val="20"/>
            </w:rPr>
            <w:t xml:space="preserve"> of </w:t>
          </w:r>
          <w:r>
            <w:fldChar w:fldCharType="begin"/>
          </w:r>
          <w:r>
            <w:instrText xml:space="preserve"> NUMPAGES </w:instrText>
          </w:r>
          <w:r>
            <w:fldChar w:fldCharType="separate"/>
          </w:r>
          <w:r>
            <w:rPr>
              <w:rFonts w:ascii="Times New Roman" w:hAnsi="Times New Roman"/>
              <w:b w:val="0"/>
              <w:sz w:val="20"/>
            </w:rPr>
            <w:t>1</w:t>
          </w:r>
          <w:r>
            <w:fldChar w:fldCharType="end"/>
          </w:r>
        </w:p>
      </w:tc>
      <w:tc>
        <w:tcPr>
          <w:tcW w:type="dxa" w:w="2100"/>
          <w:vAlign w:val="center"/>
        </w:tcPr>
        <w:p>
          <w:pPr>
            <w:spacing w:before="0" w:after="0" w:line="240" w:lineRule="auto"/>
            <w:jc w:val="right"/>
          </w:pP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lawdistrict.com" TargetMode="External"/><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